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spacing w:after="160"/>
        <w:jc w:val="left"/>
      </w:pPr>
      <w:r>
        <w:rPr>
          <w:rFonts w:ascii="黑体" w:hAnsi="黑体" w:eastAsia="黑体"/>
          <w:b/>
          <w:color w:val="8B1A1A"/>
          <w:sz w:val="20"/>
        </w:rPr>
        <w:t>合同基础设施 · 可填写模板</w:t>
      </w:r>
    </w:p>
    <w:p>
      <w:pPr>
        <w:spacing w:after="120"/>
      </w:pPr>
      <w:r>
        <w:rPr>
          <w:rFonts w:ascii="黑体" w:hAnsi="黑体" w:eastAsia="黑体"/>
          <w:b/>
          <w:color w:val="1F1F1F"/>
          <w:sz w:val="56"/>
        </w:rPr>
        <w:t>双向保密协议</w:t>
      </w:r>
    </w:p>
    <w:p>
      <w:pPr>
        <w:spacing w:after="360"/>
      </w:pPr>
      <w:r>
        <w:rPr>
          <w:rFonts w:ascii="Arial" w:hAnsi="Arial" w:eastAsia="Arial"/>
          <w:b w:val="0"/>
          <w:color w:val="595959"/>
          <w:sz w:val="18"/>
        </w:rPr>
        <w:t>MUTUAL NON-DISCLOSURE AGREEMENT</w:t>
      </w:r>
    </w:p>
    <w:p>
      <w:pPr>
        <w:pBdr>
          <w:bottom w:val="single" w:sz="12" w:space="1" w:color="8B1A1A"/>
        </w:pBdr>
        <w:spacing w:after="360"/>
      </w:pPr>
    </w:p>
    <w:tbl>
      <w:tblPr>
        <w:tblW w:type="auto" w:w="0"/>
        <w:jc w:val="left"/>
        <w:tblLook w:firstColumn="1" w:firstRow="1" w:lastColumn="0" w:lastRow="0" w:noHBand="0" w:noVBand="1" w:val="04A0"/>
        <w:tblBorders>
          <w:top w:val="nil"/>
          <w:left w:val="nil"/>
          <w:bottom w:val="nil"/>
          <w:right w:val="nil"/>
          <w:insideH w:val="nil"/>
          <w:insideV w:val="nil"/>
        </w:tblBorders>
      </w:tblPr>
      <w:tblGrid>
        <w:gridCol w:w="4536"/>
        <w:gridCol w:w="4536"/>
      </w:tblGrid>
      <w:tr>
        <w:tc>
          <w:tcPr>
            <w:tcW w:type="dxa" w:w="2381"/>
            <w:tcMar>
              <w:top w:w="50" w:type="dxa"/>
              <w:start w:w="0" w:type="dxa"/>
              <w:bottom w:w="50" w:type="dxa"/>
              <w:end w:w="0" w:type="dxa"/>
            </w:tcMar>
          </w:tcPr>
          <w:p>
            <w:r>
              <w:rPr>
                <w:rFonts w:ascii="宋体" w:hAnsi="宋体" w:eastAsia="宋体"/>
                <w:b/>
                <w:color w:val="595959"/>
                <w:sz w:val="18"/>
              </w:rPr>
              <w:t>模板编号</w:t>
            </w:r>
          </w:p>
        </w:tc>
        <w:tc>
          <w:tcPr>
            <w:tcW w:type="dxa" w:w="6690"/>
            <w:tcMar>
              <w:top w:w="50" w:type="dxa"/>
              <w:start w:w="0" w:type="dxa"/>
              <w:bottom w:w="50" w:type="dxa"/>
              <w:end w:w="0" w:type="dxa"/>
            </w:tcMar>
          </w:tcPr>
          <w:p>
            <w:r>
              <w:rPr>
                <w:rFonts w:ascii="宋体" w:hAnsi="宋体" w:eastAsia="宋体"/>
                <w:b w:val="0"/>
                <w:color w:val="1F1F1F"/>
                <w:sz w:val="18"/>
              </w:rPr>
              <w:t>TPL-NDA-MUT-01</w:t>
            </w:r>
          </w:p>
        </w:tc>
      </w:tr>
      <w:tr>
        <w:tc>
          <w:tcPr>
            <w:tcW w:type="dxa" w:w="2381"/>
            <w:tcMar>
              <w:top w:w="50" w:type="dxa"/>
              <w:start w:w="0" w:type="dxa"/>
              <w:bottom w:w="50" w:type="dxa"/>
              <w:end w:w="0" w:type="dxa"/>
            </w:tcMar>
          </w:tcPr>
          <w:p>
            <w:r>
              <w:rPr>
                <w:rFonts w:ascii="宋体" w:hAnsi="宋体" w:eastAsia="宋体"/>
                <w:b/>
                <w:color w:val="595959"/>
                <w:sz w:val="18"/>
              </w:rPr>
              <w:t>版本 / 修订日</w:t>
            </w:r>
          </w:p>
        </w:tc>
        <w:tc>
          <w:tcPr>
            <w:tcW w:type="dxa" w:w="6690"/>
            <w:tcMar>
              <w:top w:w="50" w:type="dxa"/>
              <w:start w:w="0" w:type="dxa"/>
              <w:bottom w:w="50" w:type="dxa"/>
              <w:end w:w="0" w:type="dxa"/>
            </w:tcMar>
          </w:tcPr>
          <w:p>
            <w:r>
              <w:rPr>
                <w:rFonts w:ascii="宋体" w:hAnsi="宋体" w:eastAsia="宋体"/>
                <w:b w:val="0"/>
                <w:color w:val="1F1F1F"/>
                <w:sz w:val="18"/>
              </w:rPr>
              <w:t>v0.1 / 2026-10-29</w:t>
            </w:r>
          </w:p>
        </w:tc>
      </w:tr>
      <w:tr>
        <w:tc>
          <w:tcPr>
            <w:tcW w:type="dxa" w:w="2381"/>
            <w:tcMar>
              <w:top w:w="50" w:type="dxa"/>
              <w:start w:w="0" w:type="dxa"/>
              <w:bottom w:w="50" w:type="dxa"/>
              <w:end w:w="0" w:type="dxa"/>
            </w:tcMar>
          </w:tcPr>
          <w:p>
            <w:r>
              <w:rPr>
                <w:rFonts w:ascii="宋体" w:hAnsi="宋体" w:eastAsia="宋体"/>
                <w:b/>
                <w:color w:val="595959"/>
                <w:sz w:val="18"/>
              </w:rPr>
              <w:t>适用角色</w:t>
            </w:r>
          </w:p>
        </w:tc>
        <w:tc>
          <w:tcPr>
            <w:tcW w:type="dxa" w:w="6690"/>
            <w:tcMar>
              <w:top w:w="50" w:type="dxa"/>
              <w:start w:w="0" w:type="dxa"/>
              <w:bottom w:w="50" w:type="dxa"/>
              <w:end w:w="0" w:type="dxa"/>
            </w:tcMar>
          </w:tcPr>
          <w:p>
            <w:r>
              <w:rPr>
                <w:rFonts w:ascii="宋体" w:hAnsi="宋体" w:eastAsia="宋体"/>
                <w:b w:val="0"/>
                <w:color w:val="1F1F1F"/>
                <w:sz w:val="18"/>
              </w:rPr>
              <w:t>披露方与接收方（随每次披露变化）</w:t>
            </w:r>
          </w:p>
        </w:tc>
      </w:tr>
      <w:tr>
        <w:tc>
          <w:tcPr>
            <w:tcW w:type="dxa" w:w="2381"/>
            <w:tcMar>
              <w:top w:w="50" w:type="dxa"/>
              <w:start w:w="0" w:type="dxa"/>
              <w:bottom w:w="50" w:type="dxa"/>
              <w:end w:w="0" w:type="dxa"/>
            </w:tcMar>
          </w:tcPr>
          <w:p>
            <w:r>
              <w:rPr>
                <w:rFonts w:ascii="宋体" w:hAnsi="宋体" w:eastAsia="宋体"/>
                <w:b/>
                <w:color w:val="595959"/>
                <w:sz w:val="18"/>
              </w:rPr>
              <w:t>适用场景</w:t>
            </w:r>
          </w:p>
        </w:tc>
        <w:tc>
          <w:tcPr>
            <w:tcW w:type="dxa" w:w="6690"/>
            <w:tcMar>
              <w:top w:w="50" w:type="dxa"/>
              <w:start w:w="0" w:type="dxa"/>
              <w:bottom w:w="50" w:type="dxa"/>
              <w:end w:w="0" w:type="dxa"/>
            </w:tcMar>
          </w:tcPr>
          <w:p>
            <w:r>
              <w:rPr>
                <w:rFonts w:ascii="宋体" w:hAnsi="宋体" w:eastAsia="宋体"/>
                <w:b w:val="0"/>
                <w:color w:val="1F1F1F"/>
                <w:sz w:val="18"/>
              </w:rPr>
              <w:t>境内企业之间为评估合作而双向交换非公开信息</w:t>
            </w:r>
          </w:p>
        </w:tc>
      </w:tr>
      <w:tr>
        <w:tc>
          <w:tcPr>
            <w:tcW w:type="dxa" w:w="2381"/>
            <w:tcMar>
              <w:top w:w="50" w:type="dxa"/>
              <w:start w:w="0" w:type="dxa"/>
              <w:bottom w:w="50" w:type="dxa"/>
              <w:end w:w="0" w:type="dxa"/>
            </w:tcMar>
          </w:tcPr>
          <w:p>
            <w:r>
              <w:rPr>
                <w:rFonts w:ascii="宋体" w:hAnsi="宋体" w:eastAsia="宋体"/>
                <w:b/>
                <w:color w:val="595959"/>
                <w:sz w:val="18"/>
              </w:rPr>
              <w:t>文件性质</w:t>
            </w:r>
          </w:p>
        </w:tc>
        <w:tc>
          <w:tcPr>
            <w:tcW w:type="dxa" w:w="6690"/>
            <w:tcMar>
              <w:top w:w="50" w:type="dxa"/>
              <w:start w:w="0" w:type="dxa"/>
              <w:bottom w:w="50" w:type="dxa"/>
              <w:end w:w="0" w:type="dxa"/>
            </w:tcMar>
          </w:tcPr>
          <w:p>
            <w:r>
              <w:rPr>
                <w:rFonts w:ascii="宋体" w:hAnsi="宋体" w:eastAsia="宋体"/>
                <w:b w:val="0"/>
                <w:color w:val="1F1F1F"/>
                <w:sz w:val="18"/>
              </w:rPr>
              <w:t>模拟模板；不构成法律意见，不代表任何真实公司制度</w:t>
            </w:r>
          </w:p>
        </w:tc>
      </w:tr>
    </w:tbl>
    <w:p/>
    <w:tbl>
      <w:tblPr>
        <w:tblW w:type="auto" w:w="0"/>
        <w:tblLook w:firstColumn="1" w:firstRow="1" w:lastColumn="0" w:lastRow="0" w:noHBand="0" w:noVBand="1" w:val="04A0"/>
        <w:tblBorders>
          <w:top w:val="single" w:sz="8" w:space="0" w:color="E0B44A"/>
          <w:left w:val="single" w:sz="8" w:space="0" w:color="E0B44A"/>
          <w:bottom w:val="single" w:sz="8" w:space="0" w:color="E0B44A"/>
          <w:right w:val="single" w:sz="8" w:space="0" w:color="E0B44A"/>
          <w:insideH w:val="single" w:sz="8" w:space="0" w:color="E0B44A"/>
          <w:insideV w:val="single" w:sz="8" w:space="0" w:color="E0B44A"/>
        </w:tblBorders>
      </w:tblPr>
      <w:tblGrid>
        <w:gridCol w:w="9072"/>
      </w:tblGrid>
      <w:tr>
        <w:tc>
          <w:tcPr>
            <w:tcW w:type="dxa" w:w="9072"/>
            <w:shd w:val="clear" w:color="auto" w:fill="FFF7E0"/>
            <w:tcMar>
              <w:top w:w="140" w:type="dxa"/>
              <w:start w:w="180" w:type="dxa"/>
              <w:bottom w:w="140" w:type="dxa"/>
              <w:end w:w="180" w:type="dxa"/>
            </w:tcMar>
          </w:tcPr>
          <w:p>
            <w:pPr>
              <w:spacing w:after="80"/>
            </w:pPr>
            <w:r>
              <w:rPr>
                <w:rFonts w:ascii="黑体" w:hAnsi="黑体" w:eastAsia="黑体"/>
                <w:b/>
                <w:color w:val="8B1A1A"/>
                <w:sz w:val="21"/>
              </w:rPr>
              <w:t>使用前请先阅读“填写说明”</w:t>
            </w:r>
          </w:p>
          <w:p>
            <w:pPr>
              <w:spacing w:line="312" w:lineRule="auto"/>
            </w:pPr>
            <w:r>
              <w:rPr>
                <w:rFonts w:ascii="宋体" w:hAnsi="宋体" w:eastAsia="宋体"/>
                <w:b w:val="0"/>
                <w:color w:val="1F1F1F"/>
                <w:sz w:val="18"/>
              </w:rPr>
              <w:t>本模板只允许填写已批准变量；改变条款文字、增加义务或限制权利，属于实质偏离，必须登记并审批。签署前核对主体、授权、金额/期限、附件和最终版本。</w:t>
            </w:r>
          </w:p>
        </w:tc>
      </w:tr>
    </w:tbl>
    <w:p/>
    <w:p/>
    <w:p>
      <w:pPr>
        <w:jc w:val="right"/>
      </w:pPr>
      <w:r>
        <w:rPr>
          <w:rFonts w:ascii="宋体" w:hAnsi="宋体" w:eastAsia="宋体"/>
          <w:b w:val="0"/>
          <w:color w:val="595959"/>
          <w:sz w:val="18"/>
        </w:rPr>
        <w:t>法务OPC · M01 合同基础设施</w:t>
      </w:r>
    </w:p>
    <w:p>
      <w:pPr>
        <w:jc w:val="right"/>
      </w:pPr>
      <w:r>
        <w:rPr>
          <w:rFonts w:ascii="宋体" w:hAnsi="宋体" w:eastAsia="宋体"/>
          <w:b w:val="0"/>
          <w:color w:val="595959"/>
          <w:sz w:val="18"/>
        </w:rPr>
        <w:t>模拟模板  |  2026-10-29</w:t>
      </w:r>
    </w:p>
    <w:p>
      <w:r>
        <w:br w:type="page"/>
      </w:r>
    </w:p>
    <w:p>
      <w:pPr>
        <w:pStyle w:val="Heading1"/>
        <w:keepNext/>
        <w:spacing w:before="320" w:after="100"/>
      </w:pPr>
      <w:r>
        <w:rPr>
          <w:rFonts w:ascii="黑体" w:hAnsi="黑体" w:eastAsia="黑体"/>
          <w:b/>
          <w:color w:val="1F1F1F"/>
          <w:sz w:val="30"/>
        </w:rPr>
        <w:t>填写说明</w:t>
      </w:r>
    </w:p>
    <w:p>
      <w:pPr>
        <w:spacing w:before="0" w:after="60" w:line="348" w:lineRule="auto"/>
      </w:pPr>
      <w:r>
        <w:rPr>
          <w:rFonts w:ascii="宋体" w:hAnsi="宋体" w:eastAsia="宋体"/>
          <w:b w:val="0"/>
          <w:color w:val="1F1F1F"/>
          <w:sz w:val="21"/>
        </w:rPr>
        <w:t>本说明是模板的使用手册，不是合同正文。正式签署时，应将“填写说明”和“封面”从签署文本中移除，只保留协议正文、必要附件和签署页；如双方约定将说明作为附件，则应在签署页列明。</w:t>
      </w:r>
    </w:p>
    <w:p>
      <w:pPr>
        <w:pStyle w:val="Heading2"/>
        <w:keepNext/>
        <w:spacing w:before="240" w:after="100"/>
      </w:pPr>
      <w:r>
        <w:rPr>
          <w:rFonts w:ascii="黑体" w:hAnsi="黑体" w:eastAsia="黑体"/>
          <w:b/>
          <w:color w:val="1F1F1F"/>
          <w:sz w:val="26"/>
        </w:rPr>
        <w:t>一、使用顺序</w:t>
      </w:r>
    </w:p>
    <w:p>
      <w:pPr>
        <w:spacing w:after="80" w:line="324" w:lineRule="auto"/>
      </w:pPr>
      <w:r>
        <w:rPr>
          <w:rFonts w:ascii="宋体" w:hAnsi="宋体" w:eastAsia="宋体"/>
          <w:b/>
          <w:color w:val="1F1F1F"/>
          <w:sz w:val="20"/>
        </w:rPr>
        <w:t>1. 选模板：</w:t>
      </w:r>
      <w:r>
        <w:rPr>
          <w:rFonts w:ascii="宋体" w:hAnsi="宋体" w:eastAsia="宋体"/>
          <w:b w:val="0"/>
          <w:color w:val="1F1F1F"/>
          <w:sz w:val="20"/>
        </w:rPr>
        <w:t>先确认交易目的、我方角色和是否存在专项风险。双向 NDA 只适用于评估合作、交换非公开信息；不适用于个人信息处理、软件许可、竞业限制、排他交易或跨境传输。</w:t>
      </w:r>
    </w:p>
    <w:p>
      <w:pPr>
        <w:spacing w:after="80" w:line="324" w:lineRule="auto"/>
      </w:pPr>
      <w:r>
        <w:rPr>
          <w:rFonts w:ascii="宋体" w:hAnsi="宋体" w:eastAsia="宋体"/>
          <w:b/>
          <w:color w:val="1F1F1F"/>
          <w:sz w:val="20"/>
        </w:rPr>
        <w:t>2. 填变量：</w:t>
      </w:r>
      <w:r>
        <w:rPr>
          <w:rFonts w:ascii="宋体" w:hAnsi="宋体" w:eastAsia="宋体"/>
          <w:b w:val="0"/>
          <w:color w:val="1F1F1F"/>
          <w:sz w:val="20"/>
        </w:rPr>
        <w:t>只填写【】中的主体、日期、人员、地址、争议解决地点等批准变量。模板默认文字不得直接改写；需要备选条款或实质偏离时，先登记偏离明细。</w:t>
      </w:r>
    </w:p>
    <w:p>
      <w:pPr>
        <w:spacing w:after="80" w:line="324" w:lineRule="auto"/>
      </w:pPr>
      <w:r>
        <w:rPr>
          <w:rFonts w:ascii="宋体" w:hAnsi="宋体" w:eastAsia="宋体"/>
          <w:b/>
          <w:color w:val="1F1F1F"/>
          <w:sz w:val="20"/>
        </w:rPr>
        <w:t>3. 走审批：</w:t>
      </w:r>
      <w:r>
        <w:rPr>
          <w:rFonts w:ascii="宋体" w:hAnsi="宋体" w:eastAsia="宋体"/>
          <w:b w:val="0"/>
          <w:color w:val="1F1F1F"/>
          <w:sz w:val="20"/>
        </w:rPr>
        <w:t>按金额、期限、预付款、偏离和专项风险判断路由。NDA 没有价款，不填 0，也不因“无金额”自动降为常规审批。</w:t>
      </w:r>
    </w:p>
    <w:p>
      <w:pPr>
        <w:spacing w:after="80" w:line="324" w:lineRule="auto"/>
      </w:pPr>
      <w:r>
        <w:rPr>
          <w:rFonts w:ascii="宋体" w:hAnsi="宋体" w:eastAsia="宋体"/>
          <w:b/>
          <w:color w:val="1F1F1F"/>
          <w:sz w:val="20"/>
        </w:rPr>
        <w:t>4. 锁版本：</w:t>
      </w:r>
      <w:r>
        <w:rPr>
          <w:rFonts w:ascii="宋体" w:hAnsi="宋体" w:eastAsia="宋体"/>
          <w:b w:val="0"/>
          <w:color w:val="1F1F1F"/>
          <w:sz w:val="20"/>
        </w:rPr>
        <w:t>审批必须绑定具体合同版本。签署前如发生实质修改，更新版本号并重新核验审批。</w:t>
      </w:r>
    </w:p>
    <w:p>
      <w:pPr>
        <w:spacing w:after="80" w:line="324" w:lineRule="auto"/>
      </w:pPr>
      <w:r>
        <w:rPr>
          <w:rFonts w:ascii="宋体" w:hAnsi="宋体" w:eastAsia="宋体"/>
          <w:b/>
          <w:color w:val="1F1F1F"/>
          <w:sz w:val="20"/>
        </w:rPr>
        <w:t>5. 留证据：</w:t>
      </w:r>
      <w:r>
        <w:rPr>
          <w:rFonts w:ascii="宋体" w:hAnsi="宋体" w:eastAsia="宋体"/>
          <w:b w:val="0"/>
          <w:color w:val="1F1F1F"/>
          <w:sz w:val="20"/>
        </w:rPr>
        <w:t>签署后保存完整文本、授权、用印或电子签证据、审批记录、偏离明细和履约节点。</w:t>
      </w:r>
    </w:p>
    <w:p>
      <w:pPr>
        <w:pStyle w:val="Heading2"/>
        <w:keepNext/>
        <w:spacing w:before="240" w:after="100"/>
      </w:pPr>
      <w:r>
        <w:rPr>
          <w:rFonts w:ascii="黑体" w:hAnsi="黑体" w:eastAsia="黑体"/>
          <w:b/>
          <w:color w:val="1F1F1F"/>
          <w:sz w:val="26"/>
        </w:rPr>
        <w:t>二、必填字段</w:t>
      </w:r>
    </w:p>
    <w:tbl>
      <w:tblPr>
        <w:tblW w:type="auto" w:w="0"/>
        <w:tblLook w:firstColumn="1" w:firstRow="1" w:lastColumn="0" w:lastRow="0" w:noHBand="0" w:noVBand="1" w:val="04A0"/>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Grid>
        <w:gridCol w:w="3024"/>
        <w:gridCol w:w="3024"/>
        <w:gridCol w:w="3024"/>
      </w:tblGrid>
      <w:tr>
        <w:trPr>
          <w:tblHeader w:val="true"/>
          <w:cantSplit w:val="true"/>
        </w:trPr>
        <w:tc>
          <w:tcPr>
            <w:tcW w:type="dxa" w:w="2381"/>
            <w:shd w:val="clear" w:color="auto" w:fill="E8EEF5"/>
            <w:tcMar>
              <w:top w:w="80" w:type="dxa"/>
              <w:start w:w="100" w:type="dxa"/>
              <w:bottom w:w="80" w:type="dxa"/>
              <w:end w:w="100" w:type="dxa"/>
            </w:tcMar>
          </w:tcPr>
          <w:p>
            <w:r>
              <w:rPr>
                <w:rFonts w:ascii="宋体" w:hAnsi="宋体" w:eastAsia="宋体"/>
                <w:b/>
                <w:color w:val="1F1F1F"/>
                <w:sz w:val="18"/>
              </w:rPr>
              <w:t>字段</w:t>
            </w:r>
          </w:p>
        </w:tc>
        <w:tc>
          <w:tcPr>
            <w:tcW w:type="dxa" w:w="1701"/>
            <w:shd w:val="clear" w:color="auto" w:fill="E8EEF5"/>
            <w:tcMar>
              <w:top w:w="80" w:type="dxa"/>
              <w:start w:w="100" w:type="dxa"/>
              <w:bottom w:w="80" w:type="dxa"/>
              <w:end w:w="100" w:type="dxa"/>
            </w:tcMar>
          </w:tcPr>
          <w:p>
            <w:r>
              <w:rPr>
                <w:rFonts w:ascii="宋体" w:hAnsi="宋体" w:eastAsia="宋体"/>
                <w:b/>
                <w:color w:val="1F1F1F"/>
                <w:sz w:val="18"/>
              </w:rPr>
              <w:t>位置</w:t>
            </w:r>
          </w:p>
        </w:tc>
        <w:tc>
          <w:tcPr>
            <w:tcW w:type="dxa" w:w="5102"/>
            <w:shd w:val="clear" w:color="auto" w:fill="E8EEF5"/>
            <w:tcMar>
              <w:top w:w="80" w:type="dxa"/>
              <w:start w:w="100" w:type="dxa"/>
              <w:bottom w:w="80" w:type="dxa"/>
              <w:end w:w="100" w:type="dxa"/>
            </w:tcMar>
          </w:tcPr>
          <w:p>
            <w:r>
              <w:rPr>
                <w:rFonts w:ascii="宋体" w:hAnsi="宋体" w:eastAsia="宋体"/>
                <w:b/>
                <w:color w:val="1F1F1F"/>
                <w:sz w:val="18"/>
              </w:rPr>
              <w:t>填写要求</w:t>
            </w:r>
          </w:p>
        </w:tc>
      </w:tr>
      <w:tr>
        <w:trPr>
          <w:cantSplit w:val="true"/>
        </w:trPr>
        <w:tc>
          <w:tcPr>
            <w:tcW w:type="dxa" w:w="3024"/>
            <w:tcMar>
              <w:top w:w="60" w:type="dxa"/>
              <w:start w:w="90" w:type="dxa"/>
              <w:bottom w:w="60" w:type="dxa"/>
              <w:end w:w="90" w:type="dxa"/>
            </w:tcMar>
          </w:tcPr>
          <w:p>
            <w:pPr>
              <w:spacing w:after="0"/>
            </w:pPr>
            <w:r>
              <w:rPr>
                <w:rFonts w:ascii="宋体" w:hAnsi="宋体" w:eastAsia="宋体"/>
                <w:b/>
                <w:color w:val="1F1F1F"/>
                <w:sz w:val="17"/>
              </w:rPr>
              <w:t>合同编号</w:t>
            </w:r>
          </w:p>
        </w:tc>
        <w:tc>
          <w:tcPr>
            <w:tcW w:type="dxa" w:w="3024"/>
            <w:tcMar>
              <w:top w:w="60" w:type="dxa"/>
              <w:start w:w="90" w:type="dxa"/>
              <w:bottom w:w="60" w:type="dxa"/>
              <w:end w:w="90" w:type="dxa"/>
            </w:tcMar>
          </w:tcPr>
          <w:p>
            <w:pPr>
              <w:spacing w:after="0"/>
            </w:pPr>
            <w:r>
              <w:rPr>
                <w:rFonts w:ascii="宋体" w:hAnsi="宋体" w:eastAsia="宋体"/>
                <w:b w:val="0"/>
                <w:color w:val="1F1F1F"/>
                <w:sz w:val="17"/>
              </w:rPr>
              <w:t>封面/首部</w:t>
            </w:r>
          </w:p>
        </w:tc>
        <w:tc>
          <w:tcPr>
            <w:tcW w:type="dxa" w:w="3024"/>
            <w:tcMar>
              <w:top w:w="60" w:type="dxa"/>
              <w:start w:w="90" w:type="dxa"/>
              <w:bottom w:w="60" w:type="dxa"/>
              <w:end w:w="90" w:type="dxa"/>
            </w:tcMar>
          </w:tcPr>
          <w:p>
            <w:pPr>
              <w:spacing w:after="0"/>
            </w:pPr>
            <w:r>
              <w:rPr>
                <w:rFonts w:ascii="宋体" w:hAnsi="宋体" w:eastAsia="宋体"/>
                <w:b w:val="0"/>
                <w:color w:val="1F1F1F"/>
                <w:sz w:val="17"/>
              </w:rPr>
              <w:t>按台账规则分配；模拟数据用 SIM- 前缀，不得重复。</w:t>
            </w:r>
          </w:p>
        </w:tc>
      </w:tr>
      <w:tr>
        <w:trPr>
          <w:cantSplit w:val="true"/>
        </w:trPr>
        <w:tc>
          <w:tcPr>
            <w:tcW w:type="dxa" w:w="3024"/>
            <w:tcMar>
              <w:top w:w="60" w:type="dxa"/>
              <w:start w:w="90" w:type="dxa"/>
              <w:bottom w:w="60" w:type="dxa"/>
              <w:end w:w="90" w:type="dxa"/>
            </w:tcMar>
          </w:tcPr>
          <w:p>
            <w:pPr>
              <w:spacing w:after="0"/>
            </w:pPr>
            <w:r>
              <w:rPr>
                <w:rFonts w:ascii="宋体" w:hAnsi="宋体" w:eastAsia="宋体"/>
                <w:b/>
                <w:color w:val="1F1F1F"/>
                <w:sz w:val="17"/>
              </w:rPr>
              <w:t>甲方、乙方</w:t>
            </w:r>
          </w:p>
        </w:tc>
        <w:tc>
          <w:tcPr>
            <w:tcW w:type="dxa" w:w="3024"/>
            <w:tcMar>
              <w:top w:w="60" w:type="dxa"/>
              <w:start w:w="90" w:type="dxa"/>
              <w:bottom w:w="60" w:type="dxa"/>
              <w:end w:w="90" w:type="dxa"/>
            </w:tcMar>
          </w:tcPr>
          <w:p>
            <w:pPr>
              <w:spacing w:after="0"/>
            </w:pPr>
            <w:r>
              <w:rPr>
                <w:rFonts w:ascii="宋体" w:hAnsi="宋体" w:eastAsia="宋体"/>
                <w:b w:val="0"/>
                <w:color w:val="1F1F1F"/>
                <w:sz w:val="17"/>
              </w:rPr>
              <w:t>首部/签署页</w:t>
            </w:r>
          </w:p>
        </w:tc>
        <w:tc>
          <w:tcPr>
            <w:tcW w:type="dxa" w:w="3024"/>
            <w:tcMar>
              <w:top w:w="60" w:type="dxa"/>
              <w:start w:w="90" w:type="dxa"/>
              <w:bottom w:w="60" w:type="dxa"/>
              <w:end w:w="90" w:type="dxa"/>
            </w:tcMar>
          </w:tcPr>
          <w:p>
            <w:pPr>
              <w:spacing w:after="0"/>
            </w:pPr>
            <w:r>
              <w:rPr>
                <w:rFonts w:ascii="宋体" w:hAnsi="宋体" w:eastAsia="宋体"/>
                <w:b w:val="0"/>
                <w:color w:val="1F1F1F"/>
                <w:sz w:val="17"/>
              </w:rPr>
              <w:t>填写营业执照上的全称、住所、统一社会信用代码；不使用品牌名或简称。</w:t>
            </w:r>
          </w:p>
        </w:tc>
      </w:tr>
      <w:tr>
        <w:trPr>
          <w:cantSplit w:val="true"/>
        </w:trPr>
        <w:tc>
          <w:tcPr>
            <w:tcW w:type="dxa" w:w="3024"/>
            <w:tcMar>
              <w:top w:w="60" w:type="dxa"/>
              <w:start w:w="90" w:type="dxa"/>
              <w:bottom w:w="60" w:type="dxa"/>
              <w:end w:w="90" w:type="dxa"/>
            </w:tcMar>
          </w:tcPr>
          <w:p>
            <w:pPr>
              <w:spacing w:after="0"/>
            </w:pPr>
            <w:r>
              <w:rPr>
                <w:rFonts w:ascii="宋体" w:hAnsi="宋体" w:eastAsia="宋体"/>
                <w:b/>
                <w:color w:val="1F1F1F"/>
                <w:sz w:val="17"/>
              </w:rPr>
              <w:t>披露目的</w:t>
            </w:r>
          </w:p>
        </w:tc>
        <w:tc>
          <w:tcPr>
            <w:tcW w:type="dxa" w:w="3024"/>
            <w:tcMar>
              <w:top w:w="60" w:type="dxa"/>
              <w:start w:w="90" w:type="dxa"/>
              <w:bottom w:w="60" w:type="dxa"/>
              <w:end w:w="90" w:type="dxa"/>
            </w:tcMar>
          </w:tcPr>
          <w:p>
            <w:pPr>
              <w:spacing w:after="0"/>
            </w:pPr>
            <w:r>
              <w:rPr>
                <w:rFonts w:ascii="宋体" w:hAnsi="宋体" w:eastAsia="宋体"/>
                <w:b w:val="0"/>
                <w:color w:val="1F1F1F"/>
                <w:sz w:val="17"/>
              </w:rPr>
              <w:t>第 1、3 条</w:t>
            </w:r>
          </w:p>
        </w:tc>
        <w:tc>
          <w:tcPr>
            <w:tcW w:type="dxa" w:w="3024"/>
            <w:tcMar>
              <w:top w:w="60" w:type="dxa"/>
              <w:start w:w="90" w:type="dxa"/>
              <w:bottom w:w="60" w:type="dxa"/>
              <w:end w:w="90" w:type="dxa"/>
            </w:tcMar>
          </w:tcPr>
          <w:p>
            <w:pPr>
              <w:spacing w:after="0"/>
            </w:pPr>
            <w:r>
              <w:rPr>
                <w:rFonts w:ascii="宋体" w:hAnsi="宋体" w:eastAsia="宋体"/>
                <w:b w:val="0"/>
                <w:color w:val="1F1F1F"/>
                <w:sz w:val="17"/>
              </w:rPr>
              <w:t>写到具体项目和评估范围；不得写“任何合作”“未来所有业务”。</w:t>
            </w:r>
          </w:p>
        </w:tc>
      </w:tr>
      <w:tr>
        <w:trPr>
          <w:cantSplit w:val="true"/>
        </w:trPr>
        <w:tc>
          <w:tcPr>
            <w:tcW w:type="dxa" w:w="3024"/>
            <w:tcMar>
              <w:top w:w="60" w:type="dxa"/>
              <w:start w:w="90" w:type="dxa"/>
              <w:bottom w:w="60" w:type="dxa"/>
              <w:end w:w="90" w:type="dxa"/>
            </w:tcMar>
          </w:tcPr>
          <w:p>
            <w:pPr>
              <w:spacing w:after="0"/>
            </w:pPr>
            <w:r>
              <w:rPr>
                <w:rFonts w:ascii="宋体" w:hAnsi="宋体" w:eastAsia="宋体"/>
                <w:b/>
                <w:color w:val="1F1F1F"/>
                <w:sz w:val="17"/>
              </w:rPr>
              <w:t>保密信息范围</w:t>
            </w:r>
          </w:p>
        </w:tc>
        <w:tc>
          <w:tcPr>
            <w:tcW w:type="dxa" w:w="3024"/>
            <w:tcMar>
              <w:top w:w="60" w:type="dxa"/>
              <w:start w:w="90" w:type="dxa"/>
              <w:bottom w:w="60" w:type="dxa"/>
              <w:end w:w="90" w:type="dxa"/>
            </w:tcMar>
          </w:tcPr>
          <w:p>
            <w:pPr>
              <w:spacing w:after="0"/>
            </w:pPr>
            <w:r>
              <w:rPr>
                <w:rFonts w:ascii="宋体" w:hAnsi="宋体" w:eastAsia="宋体"/>
                <w:b w:val="0"/>
                <w:color w:val="1F1F1F"/>
                <w:sz w:val="17"/>
              </w:rPr>
              <w:t>第 1 条</w:t>
            </w:r>
          </w:p>
        </w:tc>
        <w:tc>
          <w:tcPr>
            <w:tcW w:type="dxa" w:w="3024"/>
            <w:tcMar>
              <w:top w:w="60" w:type="dxa"/>
              <w:start w:w="90" w:type="dxa"/>
              <w:bottom w:w="60" w:type="dxa"/>
              <w:end w:w="90" w:type="dxa"/>
            </w:tcMar>
          </w:tcPr>
          <w:p>
            <w:pPr>
              <w:spacing w:after="0"/>
            </w:pPr>
            <w:r>
              <w:rPr>
                <w:rFonts w:ascii="宋体" w:hAnsi="宋体" w:eastAsia="宋体"/>
                <w:b w:val="0"/>
                <w:color w:val="1F1F1F"/>
                <w:sz w:val="17"/>
              </w:rPr>
              <w:t>列明类别；口头披露在 10 个工作日内书面确认。</w:t>
            </w:r>
          </w:p>
        </w:tc>
      </w:tr>
      <w:tr>
        <w:trPr>
          <w:cantSplit w:val="true"/>
        </w:trPr>
        <w:tc>
          <w:tcPr>
            <w:tcW w:type="dxa" w:w="3024"/>
            <w:tcMar>
              <w:top w:w="60" w:type="dxa"/>
              <w:start w:w="90" w:type="dxa"/>
              <w:bottom w:w="60" w:type="dxa"/>
              <w:end w:w="90" w:type="dxa"/>
            </w:tcMar>
          </w:tcPr>
          <w:p>
            <w:pPr>
              <w:spacing w:after="0"/>
            </w:pPr>
            <w:r>
              <w:rPr>
                <w:rFonts w:ascii="宋体" w:hAnsi="宋体" w:eastAsia="宋体"/>
                <w:b/>
                <w:color w:val="1F1F1F"/>
                <w:sz w:val="17"/>
              </w:rPr>
              <w:t>允许接收人员</w:t>
            </w:r>
          </w:p>
        </w:tc>
        <w:tc>
          <w:tcPr>
            <w:tcW w:type="dxa" w:w="3024"/>
            <w:tcMar>
              <w:top w:w="60" w:type="dxa"/>
              <w:start w:w="90" w:type="dxa"/>
              <w:bottom w:w="60" w:type="dxa"/>
              <w:end w:w="90" w:type="dxa"/>
            </w:tcMar>
          </w:tcPr>
          <w:p>
            <w:pPr>
              <w:spacing w:after="0"/>
            </w:pPr>
            <w:r>
              <w:rPr>
                <w:rFonts w:ascii="宋体" w:hAnsi="宋体" w:eastAsia="宋体"/>
                <w:b w:val="0"/>
                <w:color w:val="1F1F1F"/>
                <w:sz w:val="17"/>
              </w:rPr>
              <w:t>第 4 条</w:t>
            </w:r>
          </w:p>
        </w:tc>
        <w:tc>
          <w:tcPr>
            <w:tcW w:type="dxa" w:w="3024"/>
            <w:tcMar>
              <w:top w:w="60" w:type="dxa"/>
              <w:start w:w="90" w:type="dxa"/>
              <w:bottom w:w="60" w:type="dxa"/>
              <w:end w:w="90" w:type="dxa"/>
            </w:tcMar>
          </w:tcPr>
          <w:p>
            <w:pPr>
              <w:spacing w:after="0"/>
            </w:pPr>
            <w:r>
              <w:rPr>
                <w:rFonts w:ascii="宋体" w:hAnsi="宋体" w:eastAsia="宋体"/>
                <w:b w:val="0"/>
                <w:color w:val="1F1F1F"/>
                <w:sz w:val="17"/>
              </w:rPr>
              <w:t>写岗位或名单，限定必要知悉；关联方、顾问需单独说明。</w:t>
            </w:r>
          </w:p>
        </w:tc>
      </w:tr>
      <w:tr>
        <w:trPr>
          <w:cantSplit w:val="true"/>
        </w:trPr>
        <w:tc>
          <w:tcPr>
            <w:tcW w:type="dxa" w:w="3024"/>
            <w:tcMar>
              <w:top w:w="60" w:type="dxa"/>
              <w:start w:w="90" w:type="dxa"/>
              <w:bottom w:w="60" w:type="dxa"/>
              <w:end w:w="90" w:type="dxa"/>
            </w:tcMar>
          </w:tcPr>
          <w:p>
            <w:pPr>
              <w:spacing w:after="0"/>
            </w:pPr>
            <w:r>
              <w:rPr>
                <w:rFonts w:ascii="宋体" w:hAnsi="宋体" w:eastAsia="宋体"/>
                <w:b/>
                <w:color w:val="1F1F1F"/>
                <w:sz w:val="17"/>
              </w:rPr>
              <w:t>协议有效期</w:t>
            </w:r>
          </w:p>
        </w:tc>
        <w:tc>
          <w:tcPr>
            <w:tcW w:type="dxa" w:w="3024"/>
            <w:tcMar>
              <w:top w:w="60" w:type="dxa"/>
              <w:start w:w="90" w:type="dxa"/>
              <w:bottom w:w="60" w:type="dxa"/>
              <w:end w:w="90" w:type="dxa"/>
            </w:tcMar>
          </w:tcPr>
          <w:p>
            <w:pPr>
              <w:spacing w:after="0"/>
            </w:pPr>
            <w:r>
              <w:rPr>
                <w:rFonts w:ascii="宋体" w:hAnsi="宋体" w:eastAsia="宋体"/>
                <w:b w:val="0"/>
                <w:color w:val="1F1F1F"/>
                <w:sz w:val="17"/>
              </w:rPr>
              <w:t>第 5.1 条</w:t>
            </w:r>
          </w:p>
        </w:tc>
        <w:tc>
          <w:tcPr>
            <w:tcW w:type="dxa" w:w="3024"/>
            <w:tcMar>
              <w:top w:w="60" w:type="dxa"/>
              <w:start w:w="90" w:type="dxa"/>
              <w:bottom w:w="60" w:type="dxa"/>
              <w:end w:w="90" w:type="dxa"/>
            </w:tcMar>
          </w:tcPr>
          <w:p>
            <w:pPr>
              <w:spacing w:after="0"/>
            </w:pPr>
            <w:r>
              <w:rPr>
                <w:rFonts w:ascii="宋体" w:hAnsi="宋体" w:eastAsia="宋体"/>
                <w:b w:val="0"/>
                <w:color w:val="1F1F1F"/>
                <w:sz w:val="17"/>
              </w:rPr>
              <w:t>写明起止日期；与披露期间区分。</w:t>
            </w:r>
          </w:p>
        </w:tc>
      </w:tr>
      <w:tr>
        <w:trPr>
          <w:cantSplit w:val="true"/>
        </w:trPr>
        <w:tc>
          <w:tcPr>
            <w:tcW w:type="dxa" w:w="3024"/>
            <w:tcMar>
              <w:top w:w="60" w:type="dxa"/>
              <w:start w:w="90" w:type="dxa"/>
              <w:bottom w:w="60" w:type="dxa"/>
              <w:end w:w="90" w:type="dxa"/>
            </w:tcMar>
          </w:tcPr>
          <w:p>
            <w:pPr>
              <w:spacing w:after="0"/>
            </w:pPr>
            <w:r>
              <w:rPr>
                <w:rFonts w:ascii="宋体" w:hAnsi="宋体" w:eastAsia="宋体"/>
                <w:b/>
                <w:color w:val="1F1F1F"/>
                <w:sz w:val="17"/>
              </w:rPr>
              <w:t>披露期间</w:t>
            </w:r>
          </w:p>
        </w:tc>
        <w:tc>
          <w:tcPr>
            <w:tcW w:type="dxa" w:w="3024"/>
            <w:tcMar>
              <w:top w:w="60" w:type="dxa"/>
              <w:start w:w="90" w:type="dxa"/>
              <w:bottom w:w="60" w:type="dxa"/>
              <w:end w:w="90" w:type="dxa"/>
            </w:tcMar>
          </w:tcPr>
          <w:p>
            <w:pPr>
              <w:spacing w:after="0"/>
            </w:pPr>
            <w:r>
              <w:rPr>
                <w:rFonts w:ascii="宋体" w:hAnsi="宋体" w:eastAsia="宋体"/>
                <w:b w:val="0"/>
                <w:color w:val="1F1F1F"/>
                <w:sz w:val="17"/>
              </w:rPr>
              <w:t>第 5.1 条</w:t>
            </w:r>
          </w:p>
        </w:tc>
        <w:tc>
          <w:tcPr>
            <w:tcW w:type="dxa" w:w="3024"/>
            <w:tcMar>
              <w:top w:w="60" w:type="dxa"/>
              <w:start w:w="90" w:type="dxa"/>
              <w:bottom w:w="60" w:type="dxa"/>
              <w:end w:w="90" w:type="dxa"/>
            </w:tcMar>
          </w:tcPr>
          <w:p>
            <w:pPr>
              <w:spacing w:after="0"/>
            </w:pPr>
            <w:r>
              <w:rPr>
                <w:rFonts w:ascii="宋体" w:hAnsi="宋体" w:eastAsia="宋体"/>
                <w:b w:val="0"/>
                <w:color w:val="1F1F1F"/>
                <w:sz w:val="17"/>
              </w:rPr>
              <w:t>允许披露的起止日期；到期后停止披露并处理信息。</w:t>
            </w:r>
          </w:p>
        </w:tc>
      </w:tr>
      <w:tr>
        <w:trPr>
          <w:cantSplit w:val="true"/>
        </w:trPr>
        <w:tc>
          <w:tcPr>
            <w:tcW w:type="dxa" w:w="3024"/>
            <w:tcMar>
              <w:top w:w="60" w:type="dxa"/>
              <w:start w:w="90" w:type="dxa"/>
              <w:bottom w:w="60" w:type="dxa"/>
              <w:end w:w="90" w:type="dxa"/>
            </w:tcMar>
          </w:tcPr>
          <w:p>
            <w:pPr>
              <w:spacing w:after="0"/>
            </w:pPr>
            <w:r>
              <w:rPr>
                <w:rFonts w:ascii="宋体" w:hAnsi="宋体" w:eastAsia="宋体"/>
                <w:b/>
                <w:color w:val="1F1F1F"/>
                <w:sz w:val="17"/>
              </w:rPr>
              <w:t>普通信息保密期限</w:t>
            </w:r>
          </w:p>
        </w:tc>
        <w:tc>
          <w:tcPr>
            <w:tcW w:type="dxa" w:w="3024"/>
            <w:tcMar>
              <w:top w:w="60" w:type="dxa"/>
              <w:start w:w="90" w:type="dxa"/>
              <w:bottom w:w="60" w:type="dxa"/>
              <w:end w:w="90" w:type="dxa"/>
            </w:tcMar>
          </w:tcPr>
          <w:p>
            <w:pPr>
              <w:spacing w:after="0"/>
            </w:pPr>
            <w:r>
              <w:rPr>
                <w:rFonts w:ascii="宋体" w:hAnsi="宋体" w:eastAsia="宋体"/>
                <w:b w:val="0"/>
                <w:color w:val="1F1F1F"/>
                <w:sz w:val="17"/>
              </w:rPr>
              <w:t>第 5.2 条</w:t>
            </w:r>
          </w:p>
        </w:tc>
        <w:tc>
          <w:tcPr>
            <w:tcW w:type="dxa" w:w="3024"/>
            <w:tcMar>
              <w:top w:w="60" w:type="dxa"/>
              <w:start w:w="90" w:type="dxa"/>
              <w:bottom w:w="60" w:type="dxa"/>
              <w:end w:w="90" w:type="dxa"/>
            </w:tcMar>
          </w:tcPr>
          <w:p>
            <w:pPr>
              <w:spacing w:after="0"/>
            </w:pPr>
            <w:r>
              <w:rPr>
                <w:rFonts w:ascii="宋体" w:hAnsi="宋体" w:eastAsia="宋体"/>
                <w:b w:val="0"/>
                <w:color w:val="1F1F1F"/>
                <w:sz w:val="17"/>
              </w:rPr>
              <w:t>默认 3 年；采用 2 年备选版时，必须登记偏离并审批。</w:t>
            </w:r>
          </w:p>
        </w:tc>
      </w:tr>
      <w:tr>
        <w:trPr>
          <w:cantSplit w:val="true"/>
        </w:trPr>
        <w:tc>
          <w:tcPr>
            <w:tcW w:type="dxa" w:w="3024"/>
            <w:tcMar>
              <w:top w:w="60" w:type="dxa"/>
              <w:start w:w="90" w:type="dxa"/>
              <w:bottom w:w="60" w:type="dxa"/>
              <w:end w:w="90" w:type="dxa"/>
            </w:tcMar>
          </w:tcPr>
          <w:p>
            <w:pPr>
              <w:spacing w:after="0"/>
            </w:pPr>
            <w:r>
              <w:rPr>
                <w:rFonts w:ascii="宋体" w:hAnsi="宋体" w:eastAsia="宋体"/>
                <w:b/>
                <w:color w:val="1F1F1F"/>
                <w:sz w:val="17"/>
              </w:rPr>
              <w:t>商业秘密</w:t>
            </w:r>
          </w:p>
        </w:tc>
        <w:tc>
          <w:tcPr>
            <w:tcW w:type="dxa" w:w="3024"/>
            <w:tcMar>
              <w:top w:w="60" w:type="dxa"/>
              <w:start w:w="90" w:type="dxa"/>
              <w:bottom w:w="60" w:type="dxa"/>
              <w:end w:w="90" w:type="dxa"/>
            </w:tcMar>
          </w:tcPr>
          <w:p>
            <w:pPr>
              <w:spacing w:after="0"/>
            </w:pPr>
            <w:r>
              <w:rPr>
                <w:rFonts w:ascii="宋体" w:hAnsi="宋体" w:eastAsia="宋体"/>
                <w:b w:val="0"/>
                <w:color w:val="1F1F1F"/>
                <w:sz w:val="17"/>
              </w:rPr>
              <w:t>第 5.3 条</w:t>
            </w:r>
          </w:p>
        </w:tc>
        <w:tc>
          <w:tcPr>
            <w:tcW w:type="dxa" w:w="3024"/>
            <w:tcMar>
              <w:top w:w="60" w:type="dxa"/>
              <w:start w:w="90" w:type="dxa"/>
              <w:bottom w:w="60" w:type="dxa"/>
              <w:end w:w="90" w:type="dxa"/>
            </w:tcMar>
          </w:tcPr>
          <w:p>
            <w:pPr>
              <w:spacing w:after="0"/>
            </w:pPr>
            <w:r>
              <w:rPr>
                <w:rFonts w:ascii="宋体" w:hAnsi="宋体" w:eastAsia="宋体"/>
                <w:b w:val="0"/>
                <w:color w:val="1F1F1F"/>
                <w:sz w:val="17"/>
              </w:rPr>
              <w:t>按法定条件持续保护；不得把全部信息写成“永久商业秘密”。</w:t>
            </w:r>
          </w:p>
        </w:tc>
      </w:tr>
      <w:tr>
        <w:trPr>
          <w:cantSplit w:val="true"/>
        </w:trPr>
        <w:tc>
          <w:tcPr>
            <w:tcW w:type="dxa" w:w="3024"/>
            <w:tcMar>
              <w:top w:w="60" w:type="dxa"/>
              <w:start w:w="90" w:type="dxa"/>
              <w:bottom w:w="60" w:type="dxa"/>
              <w:end w:w="90" w:type="dxa"/>
            </w:tcMar>
          </w:tcPr>
          <w:p>
            <w:pPr>
              <w:spacing w:after="0"/>
            </w:pPr>
            <w:r>
              <w:rPr>
                <w:rFonts w:ascii="宋体" w:hAnsi="宋体" w:eastAsia="宋体"/>
                <w:b/>
                <w:color w:val="1F1F1F"/>
                <w:sz w:val="17"/>
              </w:rPr>
              <w:t>通知信息</w:t>
            </w:r>
          </w:p>
        </w:tc>
        <w:tc>
          <w:tcPr>
            <w:tcW w:type="dxa" w:w="3024"/>
            <w:tcMar>
              <w:top w:w="60" w:type="dxa"/>
              <w:start w:w="90" w:type="dxa"/>
              <w:bottom w:w="60" w:type="dxa"/>
              <w:end w:w="90" w:type="dxa"/>
            </w:tcMar>
          </w:tcPr>
          <w:p>
            <w:pPr>
              <w:spacing w:after="0"/>
            </w:pPr>
            <w:r>
              <w:rPr>
                <w:rFonts w:ascii="宋体" w:hAnsi="宋体" w:eastAsia="宋体"/>
                <w:b w:val="0"/>
                <w:color w:val="1F1F1F"/>
                <w:sz w:val="17"/>
              </w:rPr>
              <w:t>第 12 条</w:t>
            </w:r>
          </w:p>
        </w:tc>
        <w:tc>
          <w:tcPr>
            <w:tcW w:type="dxa" w:w="3024"/>
            <w:tcMar>
              <w:top w:w="60" w:type="dxa"/>
              <w:start w:w="90" w:type="dxa"/>
              <w:bottom w:w="60" w:type="dxa"/>
              <w:end w:w="90" w:type="dxa"/>
            </w:tcMar>
          </w:tcPr>
          <w:p>
            <w:pPr>
              <w:spacing w:after="0"/>
            </w:pPr>
            <w:r>
              <w:rPr>
                <w:rFonts w:ascii="宋体" w:hAnsi="宋体" w:eastAsia="宋体"/>
                <w:b w:val="0"/>
                <w:color w:val="1F1F1F"/>
                <w:sz w:val="17"/>
              </w:rPr>
              <w:t>填写部门/岗位、地址和邮箱；不使用个人手机号作为唯一通知方式。</w:t>
            </w:r>
          </w:p>
        </w:tc>
      </w:tr>
      <w:tr>
        <w:trPr>
          <w:cantSplit w:val="true"/>
        </w:trPr>
        <w:tc>
          <w:tcPr>
            <w:tcW w:type="dxa" w:w="3024"/>
            <w:tcMar>
              <w:top w:w="60" w:type="dxa"/>
              <w:start w:w="90" w:type="dxa"/>
              <w:bottom w:w="60" w:type="dxa"/>
              <w:end w:w="90" w:type="dxa"/>
            </w:tcMar>
          </w:tcPr>
          <w:p>
            <w:pPr>
              <w:spacing w:after="0"/>
            </w:pPr>
            <w:r>
              <w:rPr>
                <w:rFonts w:ascii="宋体" w:hAnsi="宋体" w:eastAsia="宋体"/>
                <w:b/>
                <w:color w:val="1F1F1F"/>
                <w:sz w:val="17"/>
              </w:rPr>
              <w:t>争议解决</w:t>
            </w:r>
          </w:p>
        </w:tc>
        <w:tc>
          <w:tcPr>
            <w:tcW w:type="dxa" w:w="3024"/>
            <w:tcMar>
              <w:top w:w="60" w:type="dxa"/>
              <w:start w:w="90" w:type="dxa"/>
              <w:bottom w:w="60" w:type="dxa"/>
              <w:end w:w="90" w:type="dxa"/>
            </w:tcMar>
          </w:tcPr>
          <w:p>
            <w:pPr>
              <w:spacing w:after="0"/>
            </w:pPr>
            <w:r>
              <w:rPr>
                <w:rFonts w:ascii="宋体" w:hAnsi="宋体" w:eastAsia="宋体"/>
                <w:b w:val="0"/>
                <w:color w:val="1F1F1F"/>
                <w:sz w:val="17"/>
              </w:rPr>
              <w:t>第 13 条</w:t>
            </w:r>
          </w:p>
        </w:tc>
        <w:tc>
          <w:tcPr>
            <w:tcW w:type="dxa" w:w="3024"/>
            <w:tcMar>
              <w:top w:w="60" w:type="dxa"/>
              <w:start w:w="90" w:type="dxa"/>
              <w:bottom w:w="60" w:type="dxa"/>
              <w:end w:w="90" w:type="dxa"/>
            </w:tcMar>
          </w:tcPr>
          <w:p>
            <w:pPr>
              <w:spacing w:after="0"/>
            </w:pPr>
            <w:r>
              <w:rPr>
                <w:rFonts w:ascii="宋体" w:hAnsi="宋体" w:eastAsia="宋体"/>
                <w:b w:val="0"/>
                <w:color w:val="1F1F1F"/>
                <w:sz w:val="17"/>
              </w:rPr>
              <w:t>填写与争议有实际联系的地点；核对级别管辖和专属管辖。</w:t>
            </w:r>
          </w:p>
        </w:tc>
      </w:tr>
      <w:tr>
        <w:trPr>
          <w:cantSplit w:val="true"/>
        </w:trPr>
        <w:tc>
          <w:tcPr>
            <w:tcW w:type="dxa" w:w="3024"/>
            <w:tcMar>
              <w:top w:w="60" w:type="dxa"/>
              <w:start w:w="90" w:type="dxa"/>
              <w:bottom w:w="60" w:type="dxa"/>
              <w:end w:w="90" w:type="dxa"/>
            </w:tcMar>
          </w:tcPr>
          <w:p>
            <w:pPr>
              <w:spacing w:after="0"/>
            </w:pPr>
            <w:r>
              <w:rPr>
                <w:rFonts w:ascii="宋体" w:hAnsi="宋体" w:eastAsia="宋体"/>
                <w:b/>
                <w:color w:val="1F1F1F"/>
                <w:sz w:val="17"/>
              </w:rPr>
              <w:t>签署信息</w:t>
            </w:r>
          </w:p>
        </w:tc>
        <w:tc>
          <w:tcPr>
            <w:tcW w:type="dxa" w:w="3024"/>
            <w:tcMar>
              <w:top w:w="60" w:type="dxa"/>
              <w:start w:w="90" w:type="dxa"/>
              <w:bottom w:w="60" w:type="dxa"/>
              <w:end w:w="90" w:type="dxa"/>
            </w:tcMar>
          </w:tcPr>
          <w:p>
            <w:pPr>
              <w:spacing w:after="0"/>
            </w:pPr>
            <w:r>
              <w:rPr>
                <w:rFonts w:ascii="宋体" w:hAnsi="宋体" w:eastAsia="宋体"/>
                <w:b w:val="0"/>
                <w:color w:val="1F1F1F"/>
                <w:sz w:val="17"/>
              </w:rPr>
              <w:t>签署页</w:t>
            </w:r>
          </w:p>
        </w:tc>
        <w:tc>
          <w:tcPr>
            <w:tcW w:type="dxa" w:w="3024"/>
            <w:tcMar>
              <w:top w:w="60" w:type="dxa"/>
              <w:start w:w="90" w:type="dxa"/>
              <w:bottom w:w="60" w:type="dxa"/>
              <w:end w:w="90" w:type="dxa"/>
            </w:tcMar>
          </w:tcPr>
          <w:p>
            <w:pPr>
              <w:spacing w:after="0"/>
            </w:pPr>
            <w:r>
              <w:rPr>
                <w:rFonts w:ascii="宋体" w:hAnsi="宋体" w:eastAsia="宋体"/>
                <w:b w:val="0"/>
                <w:color w:val="1F1F1F"/>
                <w:sz w:val="17"/>
              </w:rPr>
              <w:t>授权代表签字、盖章、日期；签署人权限另行核验。</w:t>
            </w:r>
          </w:p>
        </w:tc>
      </w:tr>
    </w:tbl>
    <w:p>
      <w:pPr>
        <w:pStyle w:val="Heading2"/>
        <w:keepNext/>
        <w:spacing w:before="240" w:after="100"/>
      </w:pPr>
      <w:r>
        <w:rPr>
          <w:rFonts w:ascii="黑体" w:hAnsi="黑体" w:eastAsia="黑体"/>
          <w:b/>
          <w:color w:val="1F1F1F"/>
          <w:sz w:val="26"/>
        </w:rPr>
        <w:t>三、三种操作必须分开</w:t>
      </w:r>
    </w:p>
    <w:tbl>
      <w:tblPr>
        <w:tblW w:type="auto" w:w="0"/>
        <w:tblLook w:firstColumn="1" w:firstRow="1" w:lastColumn="0" w:lastRow="0" w:noHBand="0" w:noVBand="1" w:val="04A0"/>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Grid>
        <w:gridCol w:w="3024"/>
        <w:gridCol w:w="3024"/>
        <w:gridCol w:w="3024"/>
      </w:tblGrid>
      <w:tr>
        <w:trPr>
          <w:tblHeader w:val="true"/>
          <w:cantSplit w:val="true"/>
        </w:trPr>
        <w:tc>
          <w:tcPr>
            <w:tcW w:type="dxa" w:w="2041"/>
            <w:shd w:val="clear" w:color="auto" w:fill="E8EEF5"/>
            <w:tcMar>
              <w:top w:w="80" w:type="dxa"/>
              <w:start w:w="100" w:type="dxa"/>
              <w:bottom w:w="80" w:type="dxa"/>
              <w:end w:w="100" w:type="dxa"/>
            </w:tcMar>
          </w:tcPr>
          <w:p>
            <w:r>
              <w:rPr>
                <w:rFonts w:ascii="宋体" w:hAnsi="宋体" w:eastAsia="宋体"/>
                <w:b/>
                <w:color w:val="1F1F1F"/>
                <w:sz w:val="18"/>
              </w:rPr>
              <w:t>操作</w:t>
            </w:r>
          </w:p>
        </w:tc>
        <w:tc>
          <w:tcPr>
            <w:tcW w:type="dxa" w:w="3061"/>
            <w:shd w:val="clear" w:color="auto" w:fill="E8EEF5"/>
            <w:tcMar>
              <w:top w:w="80" w:type="dxa"/>
              <w:start w:w="100" w:type="dxa"/>
              <w:bottom w:w="80" w:type="dxa"/>
              <w:end w:w="100" w:type="dxa"/>
            </w:tcMar>
          </w:tcPr>
          <w:p>
            <w:r>
              <w:rPr>
                <w:rFonts w:ascii="宋体" w:hAnsi="宋体" w:eastAsia="宋体"/>
                <w:b/>
                <w:color w:val="1F1F1F"/>
                <w:sz w:val="18"/>
              </w:rPr>
              <w:t>怎么做</w:t>
            </w:r>
          </w:p>
        </w:tc>
        <w:tc>
          <w:tcPr>
            <w:tcW w:type="dxa" w:w="4082"/>
            <w:shd w:val="clear" w:color="auto" w:fill="E8EEF5"/>
            <w:tcMar>
              <w:top w:w="80" w:type="dxa"/>
              <w:start w:w="100" w:type="dxa"/>
              <w:bottom w:w="80" w:type="dxa"/>
              <w:end w:w="100" w:type="dxa"/>
            </w:tcMar>
          </w:tcPr>
          <w:p>
            <w:r>
              <w:rPr>
                <w:rFonts w:ascii="宋体" w:hAnsi="宋体" w:eastAsia="宋体"/>
                <w:b/>
                <w:color w:val="1F1F1F"/>
                <w:sz w:val="18"/>
              </w:rPr>
              <w:t>记录/审批</w:t>
            </w:r>
          </w:p>
        </w:tc>
      </w:tr>
      <w:tr>
        <w:trPr>
          <w:cantSplit w:val="true"/>
        </w:trPr>
        <w:tc>
          <w:tcPr>
            <w:tcW w:type="dxa" w:w="3024"/>
            <w:tcMar>
              <w:top w:w="60" w:type="dxa"/>
              <w:start w:w="90" w:type="dxa"/>
              <w:bottom w:w="60" w:type="dxa"/>
              <w:end w:w="90" w:type="dxa"/>
            </w:tcMar>
          </w:tcPr>
          <w:p>
            <w:pPr>
              <w:spacing w:after="0"/>
            </w:pPr>
            <w:r>
              <w:rPr>
                <w:rFonts w:ascii="宋体" w:hAnsi="宋体" w:eastAsia="宋体"/>
                <w:b/>
                <w:color w:val="1F1F1F"/>
                <w:sz w:val="17"/>
              </w:rPr>
              <w:t>A. 填写变量</w:t>
            </w:r>
          </w:p>
        </w:tc>
        <w:tc>
          <w:tcPr>
            <w:tcW w:type="dxa" w:w="3024"/>
            <w:tcMar>
              <w:top w:w="60" w:type="dxa"/>
              <w:start w:w="90" w:type="dxa"/>
              <w:bottom w:w="60" w:type="dxa"/>
              <w:end w:w="90" w:type="dxa"/>
            </w:tcMar>
          </w:tcPr>
          <w:p>
            <w:pPr>
              <w:spacing w:after="0"/>
            </w:pPr>
            <w:r>
              <w:rPr>
                <w:rFonts w:ascii="宋体" w:hAnsi="宋体" w:eastAsia="宋体"/>
                <w:b w:val="0"/>
                <w:color w:val="1F1F1F"/>
                <w:sz w:val="17"/>
              </w:rPr>
              <w:t>只填【】中的主体、日期、金额、比例、人员、地址等，不改条款文字。</w:t>
            </w:r>
          </w:p>
        </w:tc>
        <w:tc>
          <w:tcPr>
            <w:tcW w:type="dxa" w:w="3024"/>
            <w:tcMar>
              <w:top w:w="60" w:type="dxa"/>
              <w:start w:w="90" w:type="dxa"/>
              <w:bottom w:w="60" w:type="dxa"/>
              <w:end w:w="90" w:type="dxa"/>
            </w:tcMar>
          </w:tcPr>
          <w:p>
            <w:pPr>
              <w:spacing w:after="0"/>
            </w:pPr>
            <w:r>
              <w:rPr>
                <w:rFonts w:ascii="宋体" w:hAnsi="宋体" w:eastAsia="宋体"/>
                <w:b w:val="0"/>
                <w:color w:val="1F1F1F"/>
                <w:sz w:val="17"/>
              </w:rPr>
              <w:t>台账记录模板版本和填写值；按参数路由。</w:t>
            </w:r>
          </w:p>
        </w:tc>
      </w:tr>
      <w:tr>
        <w:trPr>
          <w:cantSplit w:val="true"/>
        </w:trPr>
        <w:tc>
          <w:tcPr>
            <w:tcW w:type="dxa" w:w="3024"/>
            <w:tcMar>
              <w:top w:w="60" w:type="dxa"/>
              <w:start w:w="90" w:type="dxa"/>
              <w:bottom w:w="60" w:type="dxa"/>
              <w:end w:w="90" w:type="dxa"/>
            </w:tcMar>
          </w:tcPr>
          <w:p>
            <w:pPr>
              <w:spacing w:after="0"/>
            </w:pPr>
            <w:r>
              <w:rPr>
                <w:rFonts w:ascii="宋体" w:hAnsi="宋体" w:eastAsia="宋体"/>
                <w:b/>
                <w:color w:val="1F1F1F"/>
                <w:sz w:val="17"/>
              </w:rPr>
              <w:t>B. 采用备选条款</w:t>
            </w:r>
          </w:p>
        </w:tc>
        <w:tc>
          <w:tcPr>
            <w:tcW w:type="dxa" w:w="3024"/>
            <w:tcMar>
              <w:top w:w="60" w:type="dxa"/>
              <w:start w:w="90" w:type="dxa"/>
              <w:bottom w:w="60" w:type="dxa"/>
              <w:end w:w="90" w:type="dxa"/>
            </w:tcMar>
          </w:tcPr>
          <w:p>
            <w:pPr>
              <w:spacing w:after="0"/>
            </w:pPr>
            <w:r>
              <w:rPr>
                <w:rFonts w:ascii="宋体" w:hAnsi="宋体" w:eastAsia="宋体"/>
                <w:b w:val="0"/>
                <w:color w:val="1F1F1F"/>
                <w:sz w:val="17"/>
              </w:rPr>
              <w:t>从三档条款库选择完整备选文字，并满足接受条件和配套措施。</w:t>
            </w:r>
          </w:p>
        </w:tc>
        <w:tc>
          <w:tcPr>
            <w:tcW w:type="dxa" w:w="3024"/>
            <w:tcMar>
              <w:top w:w="60" w:type="dxa"/>
              <w:start w:w="90" w:type="dxa"/>
              <w:bottom w:w="60" w:type="dxa"/>
              <w:end w:w="90" w:type="dxa"/>
            </w:tcMar>
          </w:tcPr>
          <w:p>
            <w:pPr>
              <w:spacing w:after="0"/>
            </w:pPr>
            <w:r>
              <w:rPr>
                <w:rFonts w:ascii="宋体" w:hAnsi="宋体" w:eastAsia="宋体"/>
                <w:b w:val="0"/>
                <w:color w:val="1F1F1F"/>
                <w:sz w:val="17"/>
              </w:rPr>
              <w:t>偏离明细登记；至少 R2 法务审查。</w:t>
            </w:r>
          </w:p>
        </w:tc>
      </w:tr>
      <w:tr>
        <w:trPr>
          <w:cantSplit w:val="true"/>
        </w:trPr>
        <w:tc>
          <w:tcPr>
            <w:tcW w:type="dxa" w:w="3024"/>
            <w:tcMar>
              <w:top w:w="60" w:type="dxa"/>
              <w:start w:w="90" w:type="dxa"/>
              <w:bottom w:w="60" w:type="dxa"/>
              <w:end w:w="90" w:type="dxa"/>
            </w:tcMar>
          </w:tcPr>
          <w:p>
            <w:pPr>
              <w:spacing w:after="0"/>
            </w:pPr>
            <w:r>
              <w:rPr>
                <w:rFonts w:ascii="宋体" w:hAnsi="宋体" w:eastAsia="宋体"/>
                <w:b/>
                <w:color w:val="1F1F1F"/>
                <w:sz w:val="17"/>
              </w:rPr>
              <w:t>C. 实质偏离</w:t>
            </w:r>
          </w:p>
        </w:tc>
        <w:tc>
          <w:tcPr>
            <w:tcW w:type="dxa" w:w="3024"/>
            <w:tcMar>
              <w:top w:w="60" w:type="dxa"/>
              <w:start w:w="90" w:type="dxa"/>
              <w:bottom w:w="60" w:type="dxa"/>
              <w:end w:w="90" w:type="dxa"/>
            </w:tcMar>
          </w:tcPr>
          <w:p>
            <w:pPr>
              <w:spacing w:after="0"/>
            </w:pPr>
            <w:r>
              <w:rPr>
                <w:rFonts w:ascii="宋体" w:hAnsi="宋体" w:eastAsia="宋体"/>
                <w:b w:val="0"/>
                <w:color w:val="1F1F1F"/>
                <w:sz w:val="17"/>
              </w:rPr>
              <w:t>新增、删除、改写条款，改变责任、权属、验收、付款、解除等安排。</w:t>
            </w:r>
          </w:p>
        </w:tc>
        <w:tc>
          <w:tcPr>
            <w:tcW w:type="dxa" w:w="3024"/>
            <w:tcMar>
              <w:top w:w="60" w:type="dxa"/>
              <w:start w:w="90" w:type="dxa"/>
              <w:bottom w:w="60" w:type="dxa"/>
              <w:end w:w="90" w:type="dxa"/>
            </w:tcMar>
          </w:tcPr>
          <w:p>
            <w:pPr>
              <w:spacing w:after="0"/>
            </w:pPr>
            <w:r>
              <w:rPr>
                <w:rFonts w:ascii="宋体" w:hAnsi="宋体" w:eastAsia="宋体"/>
                <w:b w:val="0"/>
                <w:color w:val="1F1F1F"/>
                <w:sz w:val="17"/>
              </w:rPr>
              <w:t>登记基准文字、对方要求、拟接受文字、影响和补偿；按升级条件处理。</w:t>
            </w:r>
          </w:p>
        </w:tc>
      </w:tr>
    </w:tbl>
    <w:p>
      <w:pPr>
        <w:pStyle w:val="Heading2"/>
        <w:keepNext/>
        <w:spacing w:before="240" w:after="100"/>
      </w:pPr>
      <w:r>
        <w:rPr>
          <w:rFonts w:ascii="黑体" w:hAnsi="黑体" w:eastAsia="黑体"/>
          <w:b/>
          <w:color w:val="1F1F1F"/>
          <w:sz w:val="26"/>
        </w:rPr>
        <w:t>四、异常条款提示</w:t>
      </w:r>
    </w:p>
    <w:p>
      <w:pPr>
        <w:spacing w:before="0" w:after="60" w:line="348" w:lineRule="auto"/>
      </w:pPr>
      <w:r>
        <w:rPr>
          <w:rFonts w:ascii="宋体" w:hAnsi="宋体" w:eastAsia="宋体"/>
          <w:b w:val="0"/>
          <w:color w:val="1F1F1F"/>
          <w:sz w:val="21"/>
        </w:rPr>
        <w:t>第 5 条（保密期限）、第 8 条（责任限制）、第 13 条（争议解决）属于对双方权利义务有重大影响的条款。对方要求修改时，应逐条说明商业影响，不得用“行业惯例”代替具体理由。</w:t>
      </w:r>
    </w:p>
    <w:p>
      <w:pPr>
        <w:spacing w:before="0" w:after="60" w:line="348" w:lineRule="auto"/>
      </w:pPr>
      <w:r>
        <w:rPr>
          <w:rFonts w:ascii="宋体" w:hAnsi="宋体" w:eastAsia="宋体"/>
          <w:b w:val="0"/>
          <w:color w:val="1F1F1F"/>
          <w:sz w:val="21"/>
        </w:rPr>
        <w:t>如出现下列情形，属于异常或高风险安排，至少进入 R2，必要时暂停：（1）要求全部信息永久保密；（2）要求放弃故意或商业秘密侵权责任；（3）要求无限责任或惩罚性赔偿；（4）要求接收方接受无实际联系地点的专属管辖；（5）要求在 NDA 中夹带竞业、排他、知识产权许可或个人信息处理授权。</w:t>
      </w:r>
    </w:p>
    <w:p>
      <w:pPr>
        <w:spacing w:before="0" w:after="60" w:line="348" w:lineRule="auto"/>
      </w:pPr>
      <w:r>
        <w:rPr>
          <w:rFonts w:ascii="宋体" w:hAnsi="宋体" w:eastAsia="宋体"/>
          <w:b/>
          <w:color w:val="1F1F1F"/>
          <w:sz w:val="21"/>
        </w:rPr>
        <w:t>说明记录位置</w:t>
      </w:r>
      <w:r>
        <w:rPr>
          <w:rFonts w:ascii="宋体" w:hAnsi="宋体" w:eastAsia="宋体"/>
          <w:b w:val="0"/>
          <w:color w:val="1F1F1F"/>
          <w:sz w:val="21"/>
        </w:rPr>
        <w:t>：审批记录的“批准条件”和偏离明细的“影响/补偿措施”。如采用口头说明，应在审批记录中写明说明对象、时间、方式和对方确认情况。</w:t>
      </w:r>
    </w:p>
    <w:p>
      <w:pPr>
        <w:pStyle w:val="Heading2"/>
        <w:keepNext/>
        <w:spacing w:before="240" w:after="100"/>
      </w:pPr>
      <w:r>
        <w:rPr>
          <w:rFonts w:ascii="黑体" w:hAnsi="黑体" w:eastAsia="黑体"/>
          <w:b/>
          <w:color w:val="1F1F1F"/>
          <w:sz w:val="26"/>
        </w:rPr>
        <w:t>五、签署与份数</w:t>
      </w:r>
    </w:p>
    <w:p>
      <w:pPr>
        <w:spacing w:before="0" w:after="60" w:line="348" w:lineRule="auto"/>
      </w:pPr>
      <w:r>
        <w:rPr>
          <w:rFonts w:ascii="宋体" w:hAnsi="宋体" w:eastAsia="宋体"/>
          <w:b w:val="0"/>
          <w:color w:val="1F1F1F"/>
          <w:sz w:val="21"/>
        </w:rPr>
        <w:t>本协议一式两份，双方各执一份，具有同等效力。可采用纸质签署或可靠电子签名；采用电子签名时，应保存实名认证、可靠签名验证、时间戳、签署日志、文件哈希和存证信息，不只保存合同截图。</w:t>
      </w:r>
    </w:p>
    <w:p>
      <w:pPr>
        <w:pageBreakBefore/>
        <w:spacing w:after="40"/>
        <w:jc w:val="center"/>
      </w:pPr>
      <w:r>
        <w:rPr>
          <w:rFonts w:ascii="黑体" w:hAnsi="黑体" w:eastAsia="黑体"/>
          <w:b/>
          <w:color w:val="1F1F1F"/>
          <w:sz w:val="40"/>
        </w:rPr>
        <w:t>双向保密协议</w:t>
      </w:r>
    </w:p>
    <w:p>
      <w:pPr>
        <w:spacing w:after="200"/>
        <w:jc w:val="right"/>
      </w:pPr>
      <w:r>
        <w:rPr>
          <w:rFonts w:ascii="宋体" w:hAnsi="宋体" w:eastAsia="宋体"/>
          <w:b w:val="0"/>
          <w:color w:val="595959"/>
          <w:sz w:val="18"/>
        </w:rPr>
        <w:t>合同编号：【填写】</w:t>
      </w:r>
    </w:p>
    <w:tbl>
      <w:tblPr>
        <w:tblW w:type="auto" w:w="0"/>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4536"/>
        <w:gridCol w:w="4536"/>
      </w:tblGrid>
      <w:tr>
        <w:tc>
          <w:tcPr>
            <w:tcW w:type="dxa" w:w="4535"/>
            <w:shd w:val="clear" w:color="auto" w:fill="F5F7FA"/>
            <w:tcMar>
              <w:top w:w="110" w:type="dxa"/>
              <w:start w:w="140" w:type="dxa"/>
              <w:bottom w:w="110" w:type="dxa"/>
              <w:end w:w="140" w:type="dxa"/>
            </w:tcMar>
          </w:tcPr>
          <w:p>
            <w:pPr>
              <w:spacing w:after="80"/>
            </w:pPr>
            <w:r>
              <w:rPr>
                <w:rFonts w:ascii="宋体" w:hAnsi="宋体" w:eastAsia="宋体"/>
                <w:b/>
                <w:color w:val="8B1A1A"/>
                <w:sz w:val="18"/>
              </w:rPr>
              <w:t>甲方（披露方/接收方）</w:t>
            </w:r>
          </w:p>
          <w:p>
            <w:pPr>
              <w:spacing w:after="20" w:line="288" w:lineRule="auto"/>
            </w:pPr>
            <w:r>
              <w:rPr>
                <w:rFonts w:ascii="宋体" w:hAnsi="宋体" w:eastAsia="宋体"/>
                <w:b w:val="0"/>
                <w:color w:val="1F1F1F"/>
                <w:sz w:val="17"/>
              </w:rPr>
              <w:t>名称：【填写全称】</w:t>
            </w:r>
          </w:p>
          <w:p>
            <w:pPr>
              <w:spacing w:after="20" w:line="288" w:lineRule="auto"/>
            </w:pPr>
            <w:r>
              <w:rPr>
                <w:rFonts w:ascii="宋体" w:hAnsi="宋体" w:eastAsia="宋体"/>
                <w:b w:val="0"/>
                <w:color w:val="1F1F1F"/>
                <w:sz w:val="17"/>
              </w:rPr>
              <w:t>住所：【填写住所】</w:t>
            </w:r>
          </w:p>
          <w:p>
            <w:pPr>
              <w:spacing w:after="20" w:line="288" w:lineRule="auto"/>
            </w:pPr>
            <w:r>
              <w:rPr>
                <w:rFonts w:ascii="宋体" w:hAnsi="宋体" w:eastAsia="宋体"/>
                <w:b w:val="0"/>
                <w:color w:val="1F1F1F"/>
                <w:sz w:val="17"/>
              </w:rPr>
              <w:t>统一社会信用代码：【填写】</w:t>
            </w:r>
          </w:p>
          <w:p>
            <w:pPr>
              <w:spacing w:after="20" w:line="288" w:lineRule="auto"/>
            </w:pPr>
            <w:r>
              <w:rPr>
                <w:rFonts w:ascii="宋体" w:hAnsi="宋体" w:eastAsia="宋体"/>
                <w:b w:val="0"/>
                <w:color w:val="1F1F1F"/>
                <w:sz w:val="17"/>
              </w:rPr>
              <w:t>法定代表人/授权代表：【填写】</w:t>
            </w:r>
          </w:p>
          <w:p>
            <w:pPr>
              <w:spacing w:after="20" w:line="288" w:lineRule="auto"/>
            </w:pPr>
            <w:r>
              <w:rPr>
                <w:rFonts w:ascii="宋体" w:hAnsi="宋体" w:eastAsia="宋体"/>
                <w:b w:val="0"/>
                <w:color w:val="1F1F1F"/>
                <w:sz w:val="17"/>
              </w:rPr>
              <w:t>联系人及职务：【填写】</w:t>
            </w:r>
          </w:p>
          <w:p>
            <w:pPr>
              <w:spacing w:after="20" w:line="288" w:lineRule="auto"/>
            </w:pPr>
            <w:r>
              <w:rPr>
                <w:rFonts w:ascii="宋体" w:hAnsi="宋体" w:eastAsia="宋体"/>
                <w:b w:val="0"/>
                <w:color w:val="1F1F1F"/>
                <w:sz w:val="17"/>
              </w:rPr>
              <w:t>电话：【填写】</w:t>
            </w:r>
          </w:p>
          <w:p>
            <w:pPr>
              <w:spacing w:after="20" w:line="288" w:lineRule="auto"/>
            </w:pPr>
            <w:r>
              <w:rPr>
                <w:rFonts w:ascii="宋体" w:hAnsi="宋体" w:eastAsia="宋体"/>
                <w:b w:val="0"/>
                <w:color w:val="1F1F1F"/>
                <w:sz w:val="17"/>
              </w:rPr>
              <w:t>邮箱：【填写】</w:t>
            </w:r>
          </w:p>
        </w:tc>
        <w:tc>
          <w:tcPr>
            <w:tcW w:type="dxa" w:w="4535"/>
            <w:shd w:val="clear" w:color="auto" w:fill="F5F7FA"/>
            <w:tcMar>
              <w:top w:w="110" w:type="dxa"/>
              <w:start w:w="140" w:type="dxa"/>
              <w:bottom w:w="110" w:type="dxa"/>
              <w:end w:w="140" w:type="dxa"/>
            </w:tcMar>
          </w:tcPr>
          <w:p>
            <w:pPr>
              <w:spacing w:after="80"/>
            </w:pPr>
            <w:r>
              <w:rPr>
                <w:rFonts w:ascii="宋体" w:hAnsi="宋体" w:eastAsia="宋体"/>
                <w:b/>
                <w:color w:val="8B1A1A"/>
                <w:sz w:val="18"/>
              </w:rPr>
              <w:t>乙方（披露方/接收方）</w:t>
            </w:r>
          </w:p>
          <w:p>
            <w:pPr>
              <w:spacing w:after="20" w:line="288" w:lineRule="auto"/>
            </w:pPr>
            <w:r>
              <w:rPr>
                <w:rFonts w:ascii="宋体" w:hAnsi="宋体" w:eastAsia="宋体"/>
                <w:b w:val="0"/>
                <w:color w:val="1F1F1F"/>
                <w:sz w:val="17"/>
              </w:rPr>
              <w:t>名称：【填写全称】</w:t>
            </w:r>
          </w:p>
          <w:p>
            <w:pPr>
              <w:spacing w:after="20" w:line="288" w:lineRule="auto"/>
            </w:pPr>
            <w:r>
              <w:rPr>
                <w:rFonts w:ascii="宋体" w:hAnsi="宋体" w:eastAsia="宋体"/>
                <w:b w:val="0"/>
                <w:color w:val="1F1F1F"/>
                <w:sz w:val="17"/>
              </w:rPr>
              <w:t>住所：【填写住所】</w:t>
            </w:r>
          </w:p>
          <w:p>
            <w:pPr>
              <w:spacing w:after="20" w:line="288" w:lineRule="auto"/>
            </w:pPr>
            <w:r>
              <w:rPr>
                <w:rFonts w:ascii="宋体" w:hAnsi="宋体" w:eastAsia="宋体"/>
                <w:b w:val="0"/>
                <w:color w:val="1F1F1F"/>
                <w:sz w:val="17"/>
              </w:rPr>
              <w:t>统一社会信用代码：【填写】</w:t>
            </w:r>
          </w:p>
          <w:p>
            <w:pPr>
              <w:spacing w:after="20" w:line="288" w:lineRule="auto"/>
            </w:pPr>
            <w:r>
              <w:rPr>
                <w:rFonts w:ascii="宋体" w:hAnsi="宋体" w:eastAsia="宋体"/>
                <w:b w:val="0"/>
                <w:color w:val="1F1F1F"/>
                <w:sz w:val="17"/>
              </w:rPr>
              <w:t>法定代表人/授权代表：【填写】</w:t>
            </w:r>
          </w:p>
          <w:p>
            <w:pPr>
              <w:spacing w:after="20" w:line="288" w:lineRule="auto"/>
            </w:pPr>
            <w:r>
              <w:rPr>
                <w:rFonts w:ascii="宋体" w:hAnsi="宋体" w:eastAsia="宋体"/>
                <w:b w:val="0"/>
                <w:color w:val="1F1F1F"/>
                <w:sz w:val="17"/>
              </w:rPr>
              <w:t>联系人及职务：【填写】</w:t>
            </w:r>
          </w:p>
          <w:p>
            <w:pPr>
              <w:spacing w:after="20" w:line="288" w:lineRule="auto"/>
            </w:pPr>
            <w:r>
              <w:rPr>
                <w:rFonts w:ascii="宋体" w:hAnsi="宋体" w:eastAsia="宋体"/>
                <w:b w:val="0"/>
                <w:color w:val="1F1F1F"/>
                <w:sz w:val="17"/>
              </w:rPr>
              <w:t>电话：【填写】</w:t>
            </w:r>
          </w:p>
          <w:p>
            <w:pPr>
              <w:spacing w:after="20" w:line="288" w:lineRule="auto"/>
            </w:pPr>
            <w:r>
              <w:rPr>
                <w:rFonts w:ascii="宋体" w:hAnsi="宋体" w:eastAsia="宋体"/>
                <w:b w:val="0"/>
                <w:color w:val="1F1F1F"/>
                <w:sz w:val="17"/>
              </w:rPr>
              <w:t>邮箱：【填写】</w:t>
            </w:r>
          </w:p>
        </w:tc>
      </w:tr>
    </w:tbl>
    <w:p>
      <w:pPr>
        <w:spacing w:before="200" w:after="40"/>
      </w:pPr>
      <w:r>
        <w:rPr>
          <w:rFonts w:ascii="宋体" w:hAnsi="宋体" w:eastAsia="宋体"/>
          <w:b/>
          <w:color w:val="1F1F1F"/>
          <w:sz w:val="21"/>
        </w:rPr>
        <w:t>鉴于：</w:t>
      </w:r>
    </w:p>
    <w:p>
      <w:pPr>
        <w:spacing w:before="0" w:after="60" w:line="348" w:lineRule="auto"/>
        <w:ind w:firstLine="420"/>
      </w:pPr>
      <w:r>
        <w:rPr>
          <w:rFonts w:ascii="宋体" w:hAnsi="宋体" w:eastAsia="宋体"/>
          <w:b w:val="0"/>
          <w:color w:val="1F1F1F"/>
          <w:sz w:val="21"/>
        </w:rPr>
        <w:t>1. 双方拟就【填写具体评估目的，例如：评估双方在企业流程数字化项目上的合作可行性】进行合作评估；</w:t>
      </w:r>
    </w:p>
    <w:p>
      <w:pPr>
        <w:spacing w:before="0" w:after="60" w:line="348" w:lineRule="auto"/>
        <w:ind w:firstLine="420"/>
      </w:pPr>
      <w:r>
        <w:rPr>
          <w:rFonts w:ascii="宋体" w:hAnsi="宋体" w:eastAsia="宋体"/>
          <w:b w:val="0"/>
          <w:color w:val="1F1F1F"/>
          <w:sz w:val="21"/>
        </w:rPr>
        <w:t>2. 为评估之目的，双方可能相互披露非公开的技术、商务、财务或其他信息；</w:t>
      </w:r>
    </w:p>
    <w:p>
      <w:pPr>
        <w:spacing w:before="0" w:after="60" w:line="348" w:lineRule="auto"/>
        <w:ind w:firstLine="420"/>
      </w:pPr>
      <w:r>
        <w:rPr>
          <w:rFonts w:ascii="宋体" w:hAnsi="宋体" w:eastAsia="宋体"/>
          <w:b w:val="0"/>
          <w:color w:val="1F1F1F"/>
          <w:sz w:val="21"/>
        </w:rPr>
        <w:t>3. 双方希望明确保密信息的范围、使用限制、保密期限和违约责任，以保护各自合法权益。</w:t>
      </w:r>
    </w:p>
    <w:p>
      <w:pPr>
        <w:spacing w:before="0" w:after="60" w:line="348" w:lineRule="auto"/>
        <w:ind w:firstLine="420"/>
      </w:pPr>
      <w:r>
        <w:rPr>
          <w:rFonts w:ascii="宋体" w:hAnsi="宋体" w:eastAsia="宋体"/>
          <w:b w:val="0"/>
          <w:color w:val="1F1F1F"/>
          <w:sz w:val="21"/>
        </w:rPr>
        <w:t>因此，双方经平等协商，达成如下协议：</w:t>
      </w:r>
    </w:p>
    <w:p>
      <w:pPr>
        <w:pStyle w:val="Heading2"/>
        <w:keepNext/>
        <w:spacing w:before="240" w:after="100"/>
      </w:pPr>
      <w:r>
        <w:rPr>
          <w:rFonts w:ascii="黑体" w:hAnsi="黑体" w:eastAsia="黑体"/>
          <w:b/>
          <w:color w:val="1F1F1F"/>
          <w:sz w:val="26"/>
        </w:rPr>
        <w:t>第一条  定义与保密信息范围</w:t>
      </w:r>
    </w:p>
    <w:p>
      <w:pPr>
        <w:spacing w:before="0" w:after="60" w:line="348" w:lineRule="auto"/>
        <w:ind w:left="0"/>
      </w:pPr>
      <w:r>
        <w:rPr>
          <w:rFonts w:ascii="宋体" w:hAnsi="宋体" w:eastAsia="宋体"/>
          <w:b/>
          <w:color w:val="1F1F1F"/>
          <w:sz w:val="21"/>
        </w:rPr>
        <w:t xml:space="preserve">1.1 </w:t>
      </w:r>
      <w:r>
        <w:rPr>
          <w:rFonts w:ascii="宋体" w:hAnsi="宋体" w:eastAsia="宋体"/>
          <w:b w:val="0"/>
          <w:color w:val="1F1F1F"/>
          <w:sz w:val="21"/>
        </w:rPr>
        <w:t>本协议所称“保密信息”，是指一方（“披露方”）因本协议所述目的，以书面、口头、电子数据、图像、样品或其他有形或无形方式向另一方（“接收方”）披露的下列信息：技术方案、产品路线、源代码及设计文档、发明与研发计划、报价与成本、客户与供应商信息、商业计划、财务数据、合同条款及谈判内容，以及披露时标明“保密”或“Confidential”的其他信息。</w:t>
      </w:r>
    </w:p>
    <w:p>
      <w:pPr>
        <w:spacing w:before="0" w:after="60" w:line="348" w:lineRule="auto"/>
        <w:ind w:left="0"/>
      </w:pPr>
      <w:r>
        <w:rPr>
          <w:rFonts w:ascii="宋体" w:hAnsi="宋体" w:eastAsia="宋体"/>
          <w:b/>
          <w:color w:val="1F1F1F"/>
          <w:sz w:val="21"/>
        </w:rPr>
        <w:t xml:space="preserve">1.2 </w:t>
      </w:r>
      <w:r>
        <w:rPr>
          <w:rFonts w:ascii="宋体" w:hAnsi="宋体" w:eastAsia="宋体"/>
          <w:b w:val="0"/>
          <w:color w:val="1F1F1F"/>
          <w:sz w:val="21"/>
        </w:rPr>
        <w:t>以口头、视觉展示或其他非书面方式披露的保密信息，披露方应在披露后十（10）个工作日内以书面方式确认其范围和保密性质；披露方未按期确认的，接收方仅对依披露场景、信息性质和行业惯例应合理理解为保密的部分承担保密义务。</w:t>
      </w:r>
    </w:p>
    <w:p>
      <w:pPr>
        <w:spacing w:before="0" w:after="60" w:line="348" w:lineRule="auto"/>
        <w:ind w:left="0"/>
      </w:pPr>
      <w:r>
        <w:rPr>
          <w:rFonts w:ascii="宋体" w:hAnsi="宋体" w:eastAsia="宋体"/>
          <w:b/>
          <w:color w:val="1F1F1F"/>
          <w:sz w:val="21"/>
        </w:rPr>
        <w:t xml:space="preserve">1.3 </w:t>
      </w:r>
      <w:r>
        <w:rPr>
          <w:rFonts w:ascii="宋体" w:hAnsi="宋体" w:eastAsia="宋体"/>
          <w:b w:val="0"/>
          <w:color w:val="1F1F1F"/>
          <w:sz w:val="21"/>
        </w:rPr>
        <w:t>本协议所称“商业秘密”，是指符合适用法律规定的商业秘密构成要件，且披露方已采取相应保密措施的技术信息、经营信息等商业信息。</w:t>
      </w:r>
    </w:p>
    <w:p>
      <w:pPr>
        <w:spacing w:before="0" w:after="60" w:line="348" w:lineRule="auto"/>
        <w:ind w:left="0"/>
      </w:pPr>
      <w:r>
        <w:rPr>
          <w:rFonts w:ascii="宋体" w:hAnsi="宋体" w:eastAsia="宋体"/>
          <w:b/>
          <w:color w:val="1F1F1F"/>
          <w:sz w:val="21"/>
        </w:rPr>
        <w:t xml:space="preserve">1.4 </w:t>
      </w:r>
      <w:r>
        <w:rPr>
          <w:rFonts w:ascii="宋体" w:hAnsi="宋体" w:eastAsia="宋体"/>
          <w:b w:val="0"/>
          <w:color w:val="1F1F1F"/>
          <w:sz w:val="21"/>
        </w:rPr>
        <w:t>本协议所称“关联方”，是指直接或间接控制一方、被一方控制，或与一方受同一主体控制的实体；“控制”是指直接或间接持有百分之五十以上有表决权的股权，或通过协议、章程等方式实际支配经营管理。</w:t>
      </w:r>
    </w:p>
    <w:p>
      <w:pPr>
        <w:spacing w:before="0" w:after="60" w:line="348" w:lineRule="auto"/>
        <w:ind w:left="0"/>
      </w:pPr>
      <w:r>
        <w:rPr>
          <w:rFonts w:ascii="宋体" w:hAnsi="宋体" w:eastAsia="宋体"/>
          <w:b/>
          <w:color w:val="1F1F1F"/>
          <w:sz w:val="21"/>
        </w:rPr>
        <w:t xml:space="preserve">1.5 </w:t>
      </w:r>
      <w:r>
        <w:rPr>
          <w:rFonts w:ascii="宋体" w:hAnsi="宋体" w:eastAsia="宋体"/>
          <w:b w:val="0"/>
          <w:color w:val="1F1F1F"/>
          <w:sz w:val="21"/>
        </w:rPr>
        <w:t>接收方对保密信息的保密义务，不因信息未标注“保密”而当然免除；但接收方仅在其实际知悉或应当知悉该信息为保密信息时承担义务。</w:t>
      </w:r>
    </w:p>
    <w:p>
      <w:pPr>
        <w:pStyle w:val="Heading2"/>
        <w:keepNext/>
        <w:spacing w:before="240" w:after="100"/>
      </w:pPr>
      <w:r>
        <w:rPr>
          <w:rFonts w:ascii="黑体" w:hAnsi="黑体" w:eastAsia="黑体"/>
          <w:b/>
          <w:color w:val="1F1F1F"/>
          <w:sz w:val="26"/>
        </w:rPr>
        <w:t>第二条  保密例外</w:t>
      </w:r>
    </w:p>
    <w:p>
      <w:pPr>
        <w:spacing w:before="0" w:after="60" w:line="348" w:lineRule="auto"/>
        <w:ind w:left="0"/>
      </w:pPr>
      <w:r>
        <w:rPr>
          <w:rFonts w:ascii="宋体" w:hAnsi="宋体" w:eastAsia="宋体"/>
          <w:b/>
          <w:color w:val="1F1F1F"/>
          <w:sz w:val="21"/>
        </w:rPr>
        <w:t xml:space="preserve">2.1 </w:t>
      </w:r>
      <w:r>
        <w:rPr>
          <w:rFonts w:ascii="宋体" w:hAnsi="宋体" w:eastAsia="宋体"/>
          <w:b w:val="0"/>
          <w:color w:val="1F1F1F"/>
          <w:sz w:val="21"/>
        </w:rPr>
        <w:t>保密信息不包括下列信息：（a）在披露时已经进入公共领域，或因非接收方违约而进入公共领域的信息；（b）接收方在披露前已合法知悉且无保密义务的信息；（c）接收方从有权披露的第三方合法取得且无保密义务的信息；（d）接收方未使用保密信息而独立开发的信息；（e）披露方书面同意公开的信息。</w:t>
      </w:r>
    </w:p>
    <w:p>
      <w:pPr>
        <w:spacing w:before="0" w:after="60" w:line="348" w:lineRule="auto"/>
        <w:ind w:left="0"/>
      </w:pPr>
      <w:r>
        <w:rPr>
          <w:rFonts w:ascii="宋体" w:hAnsi="宋体" w:eastAsia="宋体"/>
          <w:b/>
          <w:color w:val="1F1F1F"/>
          <w:sz w:val="21"/>
        </w:rPr>
        <w:t xml:space="preserve">2.2 </w:t>
      </w:r>
      <w:r>
        <w:rPr>
          <w:rFonts w:ascii="宋体" w:hAnsi="宋体" w:eastAsia="宋体"/>
          <w:b w:val="0"/>
          <w:color w:val="1F1F1F"/>
          <w:sz w:val="21"/>
        </w:rPr>
        <w:t>接收方主张某项信息属于上述例外的，应提供相应记录或其他合理证据；仅凭接收方单方陈述不足以证明例外成立。</w:t>
      </w:r>
    </w:p>
    <w:p>
      <w:pPr>
        <w:spacing w:before="0" w:after="60" w:line="348" w:lineRule="auto"/>
        <w:ind w:left="0"/>
      </w:pPr>
      <w:r>
        <w:rPr>
          <w:rFonts w:ascii="宋体" w:hAnsi="宋体" w:eastAsia="宋体"/>
          <w:b/>
          <w:color w:val="1F1F1F"/>
          <w:sz w:val="21"/>
        </w:rPr>
        <w:t xml:space="preserve">2.3 </w:t>
      </w:r>
      <w:r>
        <w:rPr>
          <w:rFonts w:ascii="宋体" w:hAnsi="宋体" w:eastAsia="宋体"/>
          <w:b w:val="0"/>
          <w:color w:val="1F1F1F"/>
          <w:sz w:val="21"/>
        </w:rPr>
        <w:t>保密信息的部分内容属于例外，不影响其余部分继续受本协议保护。</w:t>
      </w:r>
    </w:p>
    <w:p>
      <w:pPr>
        <w:pStyle w:val="Heading2"/>
        <w:keepNext/>
        <w:spacing w:before="240" w:after="100"/>
      </w:pPr>
      <w:r>
        <w:rPr>
          <w:rFonts w:ascii="黑体" w:hAnsi="黑体" w:eastAsia="黑体"/>
          <w:b/>
          <w:color w:val="1F1F1F"/>
          <w:sz w:val="26"/>
        </w:rPr>
        <w:t>第三条  使用目的与限制</w:t>
      </w:r>
    </w:p>
    <w:p>
      <w:pPr>
        <w:spacing w:before="0" w:after="60" w:line="348" w:lineRule="auto"/>
        <w:ind w:left="0"/>
      </w:pPr>
      <w:r>
        <w:rPr>
          <w:rFonts w:ascii="宋体" w:hAnsi="宋体" w:eastAsia="宋体"/>
          <w:b/>
          <w:color w:val="1F1F1F"/>
          <w:sz w:val="21"/>
        </w:rPr>
        <w:t xml:space="preserve">3.1 </w:t>
      </w:r>
      <w:r>
        <w:rPr>
          <w:rFonts w:ascii="宋体" w:hAnsi="宋体" w:eastAsia="宋体"/>
          <w:b w:val="0"/>
          <w:color w:val="1F1F1F"/>
          <w:sz w:val="21"/>
        </w:rPr>
        <w:t>接收方仅可为【填写具体评估目的】之目的使用保密信息，不得为任何其他目的使用，不得用于开发、改进或推广与披露方竞争的产品或服务。</w:t>
      </w:r>
    </w:p>
    <w:p>
      <w:pPr>
        <w:spacing w:before="0" w:after="60" w:line="348" w:lineRule="auto"/>
        <w:ind w:left="0"/>
      </w:pPr>
      <w:r>
        <w:rPr>
          <w:rFonts w:ascii="宋体" w:hAnsi="宋体" w:eastAsia="宋体"/>
          <w:b/>
          <w:color w:val="1F1F1F"/>
          <w:sz w:val="21"/>
        </w:rPr>
        <w:t xml:space="preserve">3.2 </w:t>
      </w:r>
      <w:r>
        <w:rPr>
          <w:rFonts w:ascii="宋体" w:hAnsi="宋体" w:eastAsia="宋体"/>
          <w:b w:val="0"/>
          <w:color w:val="1F1F1F"/>
          <w:sz w:val="21"/>
        </w:rPr>
        <w:t>接收方不得复制保密信息，但为评估目的确有必要且复制份数合理的除外；每份复制件均应标注与原文件相同的保密标识。</w:t>
      </w:r>
    </w:p>
    <w:p>
      <w:pPr>
        <w:spacing w:before="0" w:after="60" w:line="348" w:lineRule="auto"/>
        <w:ind w:left="0"/>
      </w:pPr>
      <w:r>
        <w:rPr>
          <w:rFonts w:ascii="宋体" w:hAnsi="宋体" w:eastAsia="宋体"/>
          <w:b/>
          <w:color w:val="1F1F1F"/>
          <w:sz w:val="21"/>
        </w:rPr>
        <w:t xml:space="preserve">3.3 </w:t>
      </w:r>
      <w:r>
        <w:rPr>
          <w:rFonts w:ascii="宋体" w:hAnsi="宋体" w:eastAsia="宋体"/>
          <w:b w:val="0"/>
          <w:color w:val="1F1F1F"/>
          <w:sz w:val="21"/>
        </w:rPr>
        <w:t>接收方不得对披露方提供的软件、样品或设备进行反向工程、反编译或拆解，但适用法律明确允许且不可通过合同排除的除外。</w:t>
      </w:r>
    </w:p>
    <w:p>
      <w:pPr>
        <w:spacing w:before="0" w:after="60" w:line="348" w:lineRule="auto"/>
        <w:ind w:left="0"/>
      </w:pPr>
      <w:r>
        <w:rPr>
          <w:rFonts w:ascii="宋体" w:hAnsi="宋体" w:eastAsia="宋体"/>
          <w:b/>
          <w:color w:val="1F1F1F"/>
          <w:sz w:val="21"/>
        </w:rPr>
        <w:t xml:space="preserve">3.4 </w:t>
      </w:r>
      <w:r>
        <w:rPr>
          <w:rFonts w:ascii="宋体" w:hAnsi="宋体" w:eastAsia="宋体"/>
          <w:b w:val="0"/>
          <w:color w:val="1F1F1F"/>
          <w:sz w:val="21"/>
        </w:rPr>
        <w:t>除本协议明确约定外，本协议不授予接收方任何知识产权许可、所有权或其他权利；披露不构成披露方必须与接收方交易的承诺。</w:t>
      </w:r>
    </w:p>
    <w:p>
      <w:pPr>
        <w:pStyle w:val="Heading2"/>
        <w:keepNext/>
        <w:spacing w:before="240" w:after="100"/>
      </w:pPr>
      <w:r>
        <w:rPr>
          <w:rFonts w:ascii="黑体" w:hAnsi="黑体" w:eastAsia="黑体"/>
          <w:b/>
          <w:color w:val="1F1F1F"/>
          <w:sz w:val="26"/>
        </w:rPr>
        <w:t>第四条  接收人员与必要知悉</w:t>
      </w:r>
    </w:p>
    <w:p>
      <w:pPr>
        <w:spacing w:before="0" w:after="60" w:line="348" w:lineRule="auto"/>
        <w:ind w:left="0"/>
      </w:pPr>
      <w:r>
        <w:rPr>
          <w:rFonts w:ascii="宋体" w:hAnsi="宋体" w:eastAsia="宋体"/>
          <w:b/>
          <w:color w:val="1F1F1F"/>
          <w:sz w:val="21"/>
        </w:rPr>
        <w:t xml:space="preserve">4.1 </w:t>
      </w:r>
      <w:r>
        <w:rPr>
          <w:rFonts w:ascii="宋体" w:hAnsi="宋体" w:eastAsia="宋体"/>
          <w:b w:val="0"/>
          <w:color w:val="1F1F1F"/>
          <w:sz w:val="21"/>
        </w:rPr>
        <w:t>接收方仅可向因评估目的而确有必要知悉保密信息的下列人员披露：（a）接收方及其关联方的员工；（b）接收方聘请的律师、会计师、顾问；（c）经披露方事先书面同意的其他人员。上述人员在本协议中统称“接收人员”。</w:t>
      </w:r>
    </w:p>
    <w:p>
      <w:pPr>
        <w:spacing w:before="0" w:after="60" w:line="348" w:lineRule="auto"/>
        <w:ind w:left="0"/>
      </w:pPr>
      <w:r>
        <w:rPr>
          <w:rFonts w:ascii="宋体" w:hAnsi="宋体" w:eastAsia="宋体"/>
          <w:b/>
          <w:color w:val="1F1F1F"/>
          <w:sz w:val="21"/>
        </w:rPr>
        <w:t xml:space="preserve">4.2 </w:t>
      </w:r>
      <w:r>
        <w:rPr>
          <w:rFonts w:ascii="宋体" w:hAnsi="宋体" w:eastAsia="宋体"/>
          <w:b w:val="0"/>
          <w:color w:val="1F1F1F"/>
          <w:sz w:val="21"/>
        </w:rPr>
        <w:t>接收方应在披露前或披露时向接收人员说明保密义务，并确保其受到不低于本协议保护水平的书面保密义务约束；接收方对接收人员违反本协议的行为承担责任。</w:t>
      </w:r>
    </w:p>
    <w:p>
      <w:pPr>
        <w:spacing w:before="0" w:after="60" w:line="348" w:lineRule="auto"/>
        <w:ind w:left="0"/>
      </w:pPr>
      <w:r>
        <w:rPr>
          <w:rFonts w:ascii="宋体" w:hAnsi="宋体" w:eastAsia="宋体"/>
          <w:b/>
          <w:color w:val="1F1F1F"/>
          <w:sz w:val="21"/>
        </w:rPr>
        <w:t xml:space="preserve">4.3 </w:t>
      </w:r>
      <w:r>
        <w:rPr>
          <w:rFonts w:ascii="宋体" w:hAnsi="宋体" w:eastAsia="宋体"/>
          <w:b w:val="0"/>
          <w:color w:val="1F1F1F"/>
          <w:sz w:val="21"/>
        </w:rPr>
        <w:t>接收方应保存接收人员名单和访问记录，并在披露方合理要求时提供；披露方可对访问权限提出合理限制。</w:t>
      </w:r>
    </w:p>
    <w:p>
      <w:pPr>
        <w:spacing w:before="0" w:after="60" w:line="348" w:lineRule="auto"/>
        <w:ind w:left="0"/>
      </w:pPr>
      <w:r>
        <w:rPr>
          <w:rFonts w:ascii="宋体" w:hAnsi="宋体" w:eastAsia="宋体"/>
          <w:b/>
          <w:color w:val="1F1F1F"/>
          <w:sz w:val="21"/>
        </w:rPr>
        <w:t xml:space="preserve">4.4 </w:t>
      </w:r>
      <w:r>
        <w:rPr>
          <w:rFonts w:ascii="宋体" w:hAnsi="宋体" w:eastAsia="宋体"/>
          <w:b w:val="0"/>
          <w:color w:val="1F1F1F"/>
          <w:sz w:val="21"/>
        </w:rPr>
        <w:t>接收方不得将保密信息提供给与披露方存在竞争关系的关联方或第三方，除非取得披露方事先书面同意。</w:t>
      </w:r>
    </w:p>
    <w:p>
      <w:pPr>
        <w:spacing w:before="0" w:after="60" w:line="348" w:lineRule="auto"/>
        <w:ind w:left="0"/>
      </w:pPr>
      <w:r>
        <w:rPr>
          <w:rFonts w:ascii="宋体" w:hAnsi="宋体" w:eastAsia="宋体"/>
          <w:b/>
          <w:color w:val="1F1F1F"/>
          <w:sz w:val="21"/>
        </w:rPr>
        <w:t xml:space="preserve">4.5 </w:t>
      </w:r>
      <w:r>
        <w:rPr>
          <w:rFonts w:ascii="宋体" w:hAnsi="宋体" w:eastAsia="宋体"/>
          <w:b w:val="0"/>
          <w:color w:val="1F1F1F"/>
          <w:sz w:val="21"/>
        </w:rPr>
        <w:t>接收方应至少每年复核一次接收人员名单和访问权限；项目结束、人员离职或职责变化时，应及时调整权限。</w:t>
      </w:r>
    </w:p>
    <w:p>
      <w:pPr>
        <w:pStyle w:val="Heading2"/>
        <w:keepNext/>
        <w:spacing w:before="240" w:after="100"/>
      </w:pPr>
      <w:r>
        <w:rPr>
          <w:rFonts w:ascii="黑体" w:hAnsi="黑体" w:eastAsia="黑体"/>
          <w:b/>
          <w:color w:val="1F1F1F"/>
          <w:sz w:val="26"/>
        </w:rPr>
        <w:t>第五条  保密期限</w:t>
      </w:r>
    </w:p>
    <w:p>
      <w:pPr>
        <w:spacing w:before="0" w:after="60" w:line="348" w:lineRule="auto"/>
        <w:ind w:left="0"/>
      </w:pPr>
      <w:r>
        <w:rPr>
          <w:rFonts w:ascii="宋体" w:hAnsi="宋体" w:eastAsia="宋体"/>
          <w:b/>
          <w:color w:val="1F1F1F"/>
          <w:sz w:val="21"/>
        </w:rPr>
        <w:t xml:space="preserve">5.1 </w:t>
      </w:r>
      <w:r>
        <w:rPr>
          <w:rFonts w:ascii="宋体" w:hAnsi="宋体" w:eastAsia="宋体"/>
          <w:b w:val="0"/>
          <w:color w:val="1F1F1F"/>
          <w:sz w:val="21"/>
        </w:rPr>
        <w:t>本协议自双方签署之日起生效，有效期至【填写日期】。披露期间为【填写起始日期】至【填写结束日期】。</w:t>
      </w:r>
    </w:p>
    <w:p>
      <w:pPr>
        <w:spacing w:before="0" w:after="60" w:line="348" w:lineRule="auto"/>
        <w:ind w:left="0"/>
      </w:pPr>
      <w:r>
        <w:rPr>
          <w:rFonts w:ascii="宋体" w:hAnsi="宋体" w:eastAsia="宋体"/>
          <w:b/>
          <w:color w:val="1F1F1F"/>
          <w:sz w:val="21"/>
        </w:rPr>
        <w:t xml:space="preserve">5.2 </w:t>
      </w:r>
      <w:r>
        <w:rPr>
          <w:rFonts w:ascii="宋体" w:hAnsi="宋体" w:eastAsia="宋体"/>
          <w:b w:val="0"/>
          <w:color w:val="1F1F1F"/>
          <w:sz w:val="21"/>
        </w:rPr>
        <w:t>对于普通保密信息，接收方的保密义务自该信息披露之日起持续三（3）年。</w:t>
      </w:r>
    </w:p>
    <w:p>
      <w:pPr>
        <w:spacing w:before="0" w:after="60" w:line="348" w:lineRule="auto"/>
        <w:ind w:left="0"/>
      </w:pPr>
      <w:r>
        <w:rPr>
          <w:rFonts w:ascii="宋体" w:hAnsi="宋体" w:eastAsia="宋体"/>
          <w:b/>
          <w:color w:val="1F1F1F"/>
          <w:sz w:val="21"/>
        </w:rPr>
        <w:t xml:space="preserve">5.3 </w:t>
      </w:r>
      <w:r>
        <w:rPr>
          <w:rFonts w:ascii="宋体" w:hAnsi="宋体" w:eastAsia="宋体"/>
          <w:b w:val="0"/>
          <w:color w:val="1F1F1F"/>
          <w:sz w:val="21"/>
        </w:rPr>
        <w:t>对于构成商业秘密的信息，只要该信息仍满足不为公众所知悉、具有商业价值并经披露方采取相应保密措施的条件，接收方的保密义务持续至该条件不再满足之日；双方不得将全部保密信息概括约定为永久商业秘密。</w:t>
      </w:r>
    </w:p>
    <w:p>
      <w:pPr>
        <w:spacing w:before="0" w:after="60" w:line="348" w:lineRule="auto"/>
        <w:ind w:left="0"/>
      </w:pPr>
      <w:r>
        <w:rPr>
          <w:rFonts w:ascii="宋体" w:hAnsi="宋体" w:eastAsia="宋体"/>
          <w:b/>
          <w:color w:val="1F1F1F"/>
          <w:sz w:val="21"/>
        </w:rPr>
        <w:t xml:space="preserve">5.4 </w:t>
      </w:r>
      <w:r>
        <w:rPr>
          <w:rFonts w:ascii="宋体" w:hAnsi="宋体" w:eastAsia="宋体"/>
          <w:b w:val="0"/>
          <w:color w:val="1F1F1F"/>
          <w:sz w:val="21"/>
        </w:rPr>
        <w:t>本协议终止或届满不影响终止或届满前已经产生的保密义务；第六条、第七条、第八条及争议解决条款继续有效。</w:t>
      </w:r>
    </w:p>
    <w:p>
      <w:pPr>
        <w:pStyle w:val="Heading2"/>
        <w:keepNext/>
        <w:spacing w:before="240" w:after="100"/>
      </w:pPr>
      <w:r>
        <w:rPr>
          <w:rFonts w:ascii="黑体" w:hAnsi="黑体" w:eastAsia="黑体"/>
          <w:b/>
          <w:color w:val="1F1F1F"/>
          <w:sz w:val="26"/>
        </w:rPr>
        <w:t>第六条  依法披露与泄露处置</w:t>
      </w:r>
    </w:p>
    <w:p>
      <w:pPr>
        <w:spacing w:before="0" w:after="60" w:line="348" w:lineRule="auto"/>
        <w:ind w:left="0"/>
      </w:pPr>
      <w:r>
        <w:rPr>
          <w:rFonts w:ascii="宋体" w:hAnsi="宋体" w:eastAsia="宋体"/>
          <w:b/>
          <w:color w:val="1F1F1F"/>
          <w:sz w:val="21"/>
        </w:rPr>
        <w:t xml:space="preserve">6.1 </w:t>
      </w:r>
      <w:r>
        <w:rPr>
          <w:rFonts w:ascii="宋体" w:hAnsi="宋体" w:eastAsia="宋体"/>
          <w:b w:val="0"/>
          <w:color w:val="1F1F1F"/>
          <w:sz w:val="21"/>
        </w:rPr>
        <w:t>接收方因法律、法规、证券交易所规则、法院、仲裁机构或有权政府机关的要求必须披露保密信息的，可在强制要求范围内披露，但应：（a）在法律允许的范围内，事先书面通知披露方；（b）仅披露被要求披露的最小范围；（c）配合披露方采取保密审查、保护令或其他合理措施；（d）要求接收披露的机关对信息保密。</w:t>
      </w:r>
    </w:p>
    <w:p>
      <w:pPr>
        <w:spacing w:before="0" w:after="60" w:line="348" w:lineRule="auto"/>
        <w:ind w:left="0"/>
      </w:pPr>
      <w:r>
        <w:rPr>
          <w:rFonts w:ascii="宋体" w:hAnsi="宋体" w:eastAsia="宋体"/>
          <w:b/>
          <w:color w:val="1F1F1F"/>
          <w:sz w:val="21"/>
        </w:rPr>
        <w:t xml:space="preserve">6.2 </w:t>
      </w:r>
      <w:r>
        <w:rPr>
          <w:rFonts w:ascii="宋体" w:hAnsi="宋体" w:eastAsia="宋体"/>
          <w:b w:val="0"/>
          <w:color w:val="1F1F1F"/>
          <w:sz w:val="21"/>
        </w:rPr>
        <w:t>法律禁止事先通知的，接收方应在披露后合理时间内通知披露方，并说明披露的依据和范围。</w:t>
      </w:r>
    </w:p>
    <w:p>
      <w:pPr>
        <w:spacing w:before="0" w:after="60" w:line="348" w:lineRule="auto"/>
        <w:ind w:left="0"/>
      </w:pPr>
      <w:r>
        <w:rPr>
          <w:rFonts w:ascii="宋体" w:hAnsi="宋体" w:eastAsia="宋体"/>
          <w:b/>
          <w:color w:val="1F1F1F"/>
          <w:sz w:val="21"/>
        </w:rPr>
        <w:t xml:space="preserve">6.3 </w:t>
      </w:r>
      <w:r>
        <w:rPr>
          <w:rFonts w:ascii="宋体" w:hAnsi="宋体" w:eastAsia="宋体"/>
          <w:b w:val="0"/>
          <w:color w:val="1F1F1F"/>
          <w:sz w:val="21"/>
        </w:rPr>
        <w:t>接收方依本条披露的，不构成违反本协议，但接收方未遵守本条限制的除外。</w:t>
      </w:r>
    </w:p>
    <w:p>
      <w:pPr>
        <w:spacing w:before="0" w:after="60" w:line="348" w:lineRule="auto"/>
        <w:ind w:left="0"/>
      </w:pPr>
      <w:r>
        <w:rPr>
          <w:rFonts w:ascii="宋体" w:hAnsi="宋体" w:eastAsia="宋体"/>
          <w:b/>
          <w:color w:val="1F1F1F"/>
          <w:sz w:val="21"/>
        </w:rPr>
        <w:t xml:space="preserve">6.4 </w:t>
      </w:r>
      <w:r>
        <w:rPr>
          <w:rFonts w:ascii="宋体" w:hAnsi="宋体" w:eastAsia="宋体"/>
          <w:b w:val="0"/>
          <w:color w:val="1F1F1F"/>
          <w:sz w:val="21"/>
        </w:rPr>
        <w:t>接收方发现保密信息被未经授权访问、披露或丢失的，应立即采取补救措施，并在二十四（24）小时内书面通知披露方，说明泄露范围、原因、已采取的措施和后续计划；双方应相互配合控制损害，不得隐瞒或延迟报告。</w:t>
      </w:r>
    </w:p>
    <w:p>
      <w:pPr>
        <w:pStyle w:val="Heading2"/>
        <w:keepNext/>
        <w:spacing w:before="240" w:after="100"/>
      </w:pPr>
      <w:r>
        <w:rPr>
          <w:rFonts w:ascii="黑体" w:hAnsi="黑体" w:eastAsia="黑体"/>
          <w:b/>
          <w:color w:val="1F1F1F"/>
          <w:sz w:val="26"/>
        </w:rPr>
        <w:t>第七条  返还、销毁与留存</w:t>
      </w:r>
    </w:p>
    <w:p>
      <w:pPr>
        <w:spacing w:before="0" w:after="60" w:line="348" w:lineRule="auto"/>
        <w:ind w:left="0"/>
      </w:pPr>
      <w:r>
        <w:rPr>
          <w:rFonts w:ascii="宋体" w:hAnsi="宋体" w:eastAsia="宋体"/>
          <w:b/>
          <w:color w:val="1F1F1F"/>
          <w:sz w:val="21"/>
        </w:rPr>
        <w:t xml:space="preserve">7.1 </w:t>
      </w:r>
      <w:r>
        <w:rPr>
          <w:rFonts w:ascii="宋体" w:hAnsi="宋体" w:eastAsia="宋体"/>
          <w:b w:val="0"/>
          <w:color w:val="1F1F1F"/>
          <w:sz w:val="21"/>
        </w:rPr>
        <w:t>本协议终止、披露目的完成或披露方书面要求时，接收方应在三十（30）日内：（a）返还披露方提供的全部保密信息及其复制件；或（b）按披露方要求销毁，并删除其控制的系统、设备和备份中的保密信息。</w:t>
      </w:r>
    </w:p>
    <w:p>
      <w:pPr>
        <w:spacing w:before="0" w:after="60" w:line="348" w:lineRule="auto"/>
        <w:ind w:left="0"/>
      </w:pPr>
      <w:r>
        <w:rPr>
          <w:rFonts w:ascii="宋体" w:hAnsi="宋体" w:eastAsia="宋体"/>
          <w:b/>
          <w:color w:val="1F1F1F"/>
          <w:sz w:val="21"/>
        </w:rPr>
        <w:t xml:space="preserve">7.2 </w:t>
      </w:r>
      <w:r>
        <w:rPr>
          <w:rFonts w:ascii="宋体" w:hAnsi="宋体" w:eastAsia="宋体"/>
          <w:b w:val="0"/>
          <w:color w:val="1F1F1F"/>
          <w:sz w:val="21"/>
        </w:rPr>
        <w:t>接收方应在完成后十（10）个工作日内向披露方提交书面销毁或返还证明，说明处理范围、方式和日期。</w:t>
      </w:r>
    </w:p>
    <w:p>
      <w:pPr>
        <w:spacing w:before="0" w:after="60" w:line="348" w:lineRule="auto"/>
        <w:ind w:left="0"/>
      </w:pPr>
      <w:r>
        <w:rPr>
          <w:rFonts w:ascii="宋体" w:hAnsi="宋体" w:eastAsia="宋体"/>
          <w:b/>
          <w:color w:val="1F1F1F"/>
          <w:sz w:val="21"/>
        </w:rPr>
        <w:t xml:space="preserve">7.3 </w:t>
      </w:r>
      <w:r>
        <w:rPr>
          <w:rFonts w:ascii="宋体" w:hAnsi="宋体" w:eastAsia="宋体"/>
          <w:b w:val="0"/>
          <w:color w:val="1F1F1F"/>
          <w:sz w:val="21"/>
        </w:rPr>
        <w:t>接收方因法律、监管或内部合规要求必须留存保密信息的，可保留一份存档副本，但应：（a）继续承担保密义务；（b）限制访问；（c）不得用于其他目的；（d）在法律要求或争议结束后按披露方要求销毁。</w:t>
      </w:r>
    </w:p>
    <w:p>
      <w:pPr>
        <w:spacing w:before="0" w:after="60" w:line="348" w:lineRule="auto"/>
        <w:ind w:left="0"/>
      </w:pPr>
      <w:r>
        <w:rPr>
          <w:rFonts w:ascii="宋体" w:hAnsi="宋体" w:eastAsia="宋体"/>
          <w:b/>
          <w:color w:val="1F1F1F"/>
          <w:sz w:val="21"/>
        </w:rPr>
        <w:t xml:space="preserve">7.4 </w:t>
      </w:r>
      <w:r>
        <w:rPr>
          <w:rFonts w:ascii="宋体" w:hAnsi="宋体" w:eastAsia="宋体"/>
          <w:b w:val="0"/>
          <w:color w:val="1F1F1F"/>
          <w:sz w:val="21"/>
        </w:rPr>
        <w:t>接收方的自动备份系统难以及时删除的，应在备份轮转后按本条处理，并在书面证明中说明备份范围和预计清除时间。</w:t>
      </w:r>
    </w:p>
    <w:p>
      <w:pPr>
        <w:pStyle w:val="Heading2"/>
        <w:keepNext/>
        <w:spacing w:before="240" w:after="100"/>
      </w:pPr>
      <w:r>
        <w:rPr>
          <w:rFonts w:ascii="黑体" w:hAnsi="黑体" w:eastAsia="黑体"/>
          <w:b/>
          <w:color w:val="1F1F1F"/>
          <w:sz w:val="26"/>
        </w:rPr>
        <w:t>第八条  违约责任与责任限制</w:t>
      </w:r>
    </w:p>
    <w:p>
      <w:pPr>
        <w:spacing w:before="0" w:after="60" w:line="348" w:lineRule="auto"/>
        <w:ind w:left="0"/>
      </w:pPr>
      <w:r>
        <w:rPr>
          <w:rFonts w:ascii="宋体" w:hAnsi="宋体" w:eastAsia="宋体"/>
          <w:b/>
          <w:color w:val="1F1F1F"/>
          <w:sz w:val="21"/>
        </w:rPr>
        <w:t xml:space="preserve">8.1 </w:t>
      </w:r>
      <w:r>
        <w:rPr>
          <w:rFonts w:ascii="宋体" w:hAnsi="宋体" w:eastAsia="宋体"/>
          <w:b w:val="0"/>
          <w:color w:val="1F1F1F"/>
          <w:sz w:val="21"/>
        </w:rPr>
        <w:t>一方违反本协议，应赔偿守约方因此遭受的直接损失，包括为制止违约、保护保密信息而支出的合理费用。</w:t>
      </w:r>
    </w:p>
    <w:p>
      <w:pPr>
        <w:spacing w:before="0" w:after="60" w:line="348" w:lineRule="auto"/>
        <w:ind w:left="0"/>
      </w:pPr>
      <w:r>
        <w:rPr>
          <w:rFonts w:ascii="宋体" w:hAnsi="宋体" w:eastAsia="宋体"/>
          <w:b/>
          <w:color w:val="1F1F1F"/>
          <w:sz w:val="21"/>
        </w:rPr>
        <w:t xml:space="preserve">8.2 </w:t>
      </w:r>
      <w:r>
        <w:rPr>
          <w:rFonts w:ascii="宋体" w:hAnsi="宋体" w:eastAsia="宋体"/>
          <w:b w:val="0"/>
          <w:color w:val="1F1F1F"/>
          <w:sz w:val="21"/>
        </w:rPr>
        <w:t>除故意或重大过失、侵犯商业秘密、违反法律强制性规定外，违约方不承担间接损失、附带损失、惩罚性赔偿或可得利益损失。</w:t>
      </w:r>
    </w:p>
    <w:p>
      <w:pPr>
        <w:spacing w:before="0" w:after="60" w:line="348" w:lineRule="auto"/>
        <w:ind w:left="0"/>
      </w:pPr>
      <w:r>
        <w:rPr>
          <w:rFonts w:ascii="宋体" w:hAnsi="宋体" w:eastAsia="宋体"/>
          <w:b/>
          <w:color w:val="1F1F1F"/>
          <w:sz w:val="21"/>
        </w:rPr>
        <w:t xml:space="preserve">8.3 </w:t>
      </w:r>
      <w:r>
        <w:rPr>
          <w:rFonts w:ascii="宋体" w:hAnsi="宋体" w:eastAsia="宋体"/>
          <w:b w:val="0"/>
          <w:color w:val="1F1F1F"/>
          <w:sz w:val="21"/>
        </w:rPr>
        <w:t>本协议不限制守约方依法申请行为保全、禁令或其他临时措施的权利，也不限制法律强制规定的责任。</w:t>
      </w:r>
    </w:p>
    <w:p>
      <w:pPr>
        <w:spacing w:before="0" w:after="60" w:line="348" w:lineRule="auto"/>
        <w:ind w:left="0"/>
      </w:pPr>
      <w:r>
        <w:rPr>
          <w:rFonts w:ascii="宋体" w:hAnsi="宋体" w:eastAsia="宋体"/>
          <w:b/>
          <w:color w:val="1F1F1F"/>
          <w:sz w:val="21"/>
        </w:rPr>
        <w:t xml:space="preserve">8.4 </w:t>
      </w:r>
      <w:r>
        <w:rPr>
          <w:rFonts w:ascii="宋体" w:hAnsi="宋体" w:eastAsia="宋体"/>
          <w:b w:val="0"/>
          <w:color w:val="1F1F1F"/>
          <w:sz w:val="21"/>
        </w:rPr>
        <w:t>违约方承担的责任以守约方能够证明的实际损失为限；双方不得约定明显不合理的惩罚性违约金。</w:t>
      </w:r>
    </w:p>
    <w:p>
      <w:pPr>
        <w:spacing w:before="0" w:after="60" w:line="348" w:lineRule="auto"/>
        <w:ind w:left="0"/>
      </w:pPr>
      <w:r>
        <w:rPr>
          <w:rFonts w:ascii="宋体" w:hAnsi="宋体" w:eastAsia="宋体"/>
          <w:b/>
          <w:color w:val="1F1F1F"/>
          <w:sz w:val="21"/>
        </w:rPr>
        <w:t xml:space="preserve">8.5 </w:t>
      </w:r>
      <w:r>
        <w:rPr>
          <w:rFonts w:ascii="宋体" w:hAnsi="宋体" w:eastAsia="宋体"/>
          <w:b w:val="0"/>
          <w:color w:val="1F1F1F"/>
          <w:sz w:val="21"/>
        </w:rPr>
        <w:t>双方在本协议项下的保密义务和责任是对等的；一方违约不影响另一方继续履行本协议。</w:t>
      </w:r>
    </w:p>
    <w:p>
      <w:pPr>
        <w:pStyle w:val="Heading2"/>
        <w:keepNext/>
        <w:spacing w:before="240" w:after="100"/>
      </w:pPr>
      <w:r>
        <w:rPr>
          <w:rFonts w:ascii="黑体" w:hAnsi="黑体" w:eastAsia="黑体"/>
          <w:b/>
          <w:color w:val="1F1F1F"/>
          <w:sz w:val="26"/>
        </w:rPr>
        <w:t>第九条  不夹带其他安排</w:t>
      </w:r>
    </w:p>
    <w:p>
      <w:pPr>
        <w:spacing w:before="0" w:after="60" w:line="348" w:lineRule="auto"/>
        <w:ind w:left="0"/>
      </w:pPr>
      <w:r>
        <w:rPr>
          <w:rFonts w:ascii="宋体" w:hAnsi="宋体" w:eastAsia="宋体"/>
          <w:b/>
          <w:color w:val="1F1F1F"/>
          <w:sz w:val="21"/>
        </w:rPr>
        <w:t xml:space="preserve">9.1 </w:t>
      </w:r>
      <w:r>
        <w:rPr>
          <w:rFonts w:ascii="宋体" w:hAnsi="宋体" w:eastAsia="宋体"/>
          <w:b w:val="0"/>
          <w:color w:val="1F1F1F"/>
          <w:sz w:val="21"/>
        </w:rPr>
        <w:t>本协议仅约定保密事项，不包含竞业限制、排他交易、最低采购、独家合作、知识产权转让或许可、个人信息处理授权或任何必须达成交易的承诺。</w:t>
      </w:r>
    </w:p>
    <w:p>
      <w:pPr>
        <w:spacing w:before="0" w:after="60" w:line="348" w:lineRule="auto"/>
        <w:ind w:left="0"/>
      </w:pPr>
      <w:r>
        <w:rPr>
          <w:rFonts w:ascii="宋体" w:hAnsi="宋体" w:eastAsia="宋体"/>
          <w:b/>
          <w:color w:val="1F1F1F"/>
          <w:sz w:val="21"/>
        </w:rPr>
        <w:t xml:space="preserve">9.2 </w:t>
      </w:r>
      <w:r>
        <w:rPr>
          <w:rFonts w:ascii="宋体" w:hAnsi="宋体" w:eastAsia="宋体"/>
          <w:b w:val="0"/>
          <w:color w:val="1F1F1F"/>
          <w:sz w:val="21"/>
        </w:rPr>
        <w:t>本协议不构成任何一方处理个人信息的授权或同意。如披露内容包含个人信息，披露方应确保已取得合法依据，双方应另行签署必要的个人信息处理文件。</w:t>
      </w:r>
    </w:p>
    <w:p>
      <w:pPr>
        <w:spacing w:before="0" w:after="60" w:line="348" w:lineRule="auto"/>
        <w:ind w:left="0"/>
      </w:pPr>
      <w:r>
        <w:rPr>
          <w:rFonts w:ascii="宋体" w:hAnsi="宋体" w:eastAsia="宋体"/>
          <w:b/>
          <w:color w:val="1F1F1F"/>
          <w:sz w:val="21"/>
        </w:rPr>
        <w:t xml:space="preserve">9.3 </w:t>
      </w:r>
      <w:r>
        <w:rPr>
          <w:rFonts w:ascii="宋体" w:hAnsi="宋体" w:eastAsia="宋体"/>
          <w:b w:val="0"/>
          <w:color w:val="1F1F1F"/>
          <w:sz w:val="21"/>
        </w:rPr>
        <w:t>双方如需要开展上述合作，应另行签署书面协议；本协议不构成对上述事项的预约、意向或授权。</w:t>
      </w:r>
    </w:p>
    <w:p>
      <w:pPr>
        <w:spacing w:before="0" w:after="60" w:line="348" w:lineRule="auto"/>
        <w:ind w:left="0"/>
      </w:pPr>
      <w:r>
        <w:rPr>
          <w:rFonts w:ascii="宋体" w:hAnsi="宋体" w:eastAsia="宋体"/>
          <w:b/>
          <w:color w:val="1F1F1F"/>
          <w:sz w:val="21"/>
        </w:rPr>
        <w:t xml:space="preserve">9.4 </w:t>
      </w:r>
      <w:r>
        <w:rPr>
          <w:rFonts w:ascii="宋体" w:hAnsi="宋体" w:eastAsia="宋体"/>
          <w:b w:val="0"/>
          <w:color w:val="1F1F1F"/>
          <w:sz w:val="21"/>
        </w:rPr>
        <w:t>未经对方书面同意，任何一方不得以对方名义对外作出陈述、承诺或使用对方商标、商号。</w:t>
      </w:r>
    </w:p>
    <w:p>
      <w:pPr>
        <w:pStyle w:val="Heading2"/>
        <w:keepNext/>
        <w:spacing w:before="240" w:after="100"/>
      </w:pPr>
      <w:r>
        <w:rPr>
          <w:rFonts w:ascii="黑体" w:hAnsi="黑体" w:eastAsia="黑体"/>
          <w:b/>
          <w:color w:val="1F1F1F"/>
          <w:sz w:val="26"/>
        </w:rPr>
        <w:t>第十条  知识产权与不构成交易承诺</w:t>
      </w:r>
    </w:p>
    <w:p>
      <w:pPr>
        <w:spacing w:before="0" w:after="60" w:line="348" w:lineRule="auto"/>
        <w:ind w:left="0"/>
      </w:pPr>
      <w:r>
        <w:rPr>
          <w:rFonts w:ascii="宋体" w:hAnsi="宋体" w:eastAsia="宋体"/>
          <w:b/>
          <w:color w:val="1F1F1F"/>
          <w:sz w:val="21"/>
        </w:rPr>
        <w:t xml:space="preserve">10.1 </w:t>
      </w:r>
      <w:r>
        <w:rPr>
          <w:rFonts w:ascii="宋体" w:hAnsi="宋体" w:eastAsia="宋体"/>
          <w:b w:val="0"/>
          <w:color w:val="1F1F1F"/>
          <w:sz w:val="21"/>
        </w:rPr>
        <w:t>除本协议明确约定外，披露方保留其保密信息及其载体的全部知识产权；本协议不授予接收方任何明示或默示的知识产权许可、所有权或其他权利。</w:t>
      </w:r>
    </w:p>
    <w:p>
      <w:pPr>
        <w:spacing w:before="0" w:after="60" w:line="348" w:lineRule="auto"/>
        <w:ind w:left="0"/>
      </w:pPr>
      <w:r>
        <w:rPr>
          <w:rFonts w:ascii="宋体" w:hAnsi="宋体" w:eastAsia="宋体"/>
          <w:b/>
          <w:color w:val="1F1F1F"/>
          <w:sz w:val="21"/>
        </w:rPr>
        <w:t xml:space="preserve">10.2 </w:t>
      </w:r>
      <w:r>
        <w:rPr>
          <w:rFonts w:ascii="宋体" w:hAnsi="宋体" w:eastAsia="宋体"/>
          <w:b w:val="0"/>
          <w:color w:val="1F1F1F"/>
          <w:sz w:val="21"/>
        </w:rPr>
        <w:t>保密信息的披露不构成披露方与接收方进行交易、合作、投资或授予任何权利的承诺；双方如达成交易，应另行签署书面协议。</w:t>
      </w:r>
    </w:p>
    <w:p>
      <w:pPr>
        <w:spacing w:before="0" w:after="60" w:line="348" w:lineRule="auto"/>
        <w:ind w:left="0"/>
      </w:pPr>
      <w:r>
        <w:rPr>
          <w:rFonts w:ascii="宋体" w:hAnsi="宋体" w:eastAsia="宋体"/>
          <w:b/>
          <w:color w:val="1F1F1F"/>
          <w:sz w:val="21"/>
        </w:rPr>
        <w:t xml:space="preserve">10.3 </w:t>
      </w:r>
      <w:r>
        <w:rPr>
          <w:rFonts w:ascii="宋体" w:hAnsi="宋体" w:eastAsia="宋体"/>
          <w:b w:val="0"/>
          <w:color w:val="1F1F1F"/>
          <w:sz w:val="21"/>
        </w:rPr>
        <w:t>披露方不保证保密信息的准确性、完整性或适用于特定目的，但不得故意隐瞒重大事实或实施欺诈。接收方应自行评估保密信息并承担使用判断的责任。</w:t>
      </w:r>
    </w:p>
    <w:p>
      <w:pPr>
        <w:spacing w:before="0" w:after="60" w:line="348" w:lineRule="auto"/>
        <w:ind w:left="0"/>
      </w:pPr>
      <w:r>
        <w:rPr>
          <w:rFonts w:ascii="宋体" w:hAnsi="宋体" w:eastAsia="宋体"/>
          <w:b/>
          <w:color w:val="1F1F1F"/>
          <w:sz w:val="21"/>
        </w:rPr>
        <w:t xml:space="preserve">10.4 </w:t>
      </w:r>
      <w:r>
        <w:rPr>
          <w:rFonts w:ascii="宋体" w:hAnsi="宋体" w:eastAsia="宋体"/>
          <w:b w:val="0"/>
          <w:color w:val="1F1F1F"/>
          <w:sz w:val="21"/>
        </w:rPr>
        <w:t>接收方不得将保密信息用于训练人工智能模型、开发竞争产品、对外提供数据服务或其他超出评估目的的活动，除非取得披露方事先书面同意。</w:t>
      </w:r>
    </w:p>
    <w:p>
      <w:pPr>
        <w:pStyle w:val="Heading2"/>
        <w:keepNext/>
        <w:spacing w:before="240" w:after="100"/>
      </w:pPr>
      <w:r>
        <w:rPr>
          <w:rFonts w:ascii="黑体" w:hAnsi="黑体" w:eastAsia="黑体"/>
          <w:b/>
          <w:color w:val="1F1F1F"/>
          <w:sz w:val="26"/>
        </w:rPr>
        <w:t>第十一条  陈述与保证</w:t>
      </w:r>
    </w:p>
    <w:p>
      <w:pPr>
        <w:spacing w:before="0" w:after="60" w:line="348" w:lineRule="auto"/>
        <w:ind w:left="0"/>
      </w:pPr>
      <w:r>
        <w:rPr>
          <w:rFonts w:ascii="宋体" w:hAnsi="宋体" w:eastAsia="宋体"/>
          <w:b/>
          <w:color w:val="1F1F1F"/>
          <w:sz w:val="21"/>
        </w:rPr>
        <w:t xml:space="preserve">11.1 </w:t>
      </w:r>
      <w:r>
        <w:rPr>
          <w:rFonts w:ascii="宋体" w:hAnsi="宋体" w:eastAsia="宋体"/>
          <w:b w:val="0"/>
          <w:color w:val="1F1F1F"/>
          <w:sz w:val="21"/>
        </w:rPr>
        <w:t>双方保证其具有签署和履行本协议的主体资格和授权；签署人已获得合法、有效的授权。</w:t>
      </w:r>
    </w:p>
    <w:p>
      <w:pPr>
        <w:spacing w:before="0" w:after="60" w:line="348" w:lineRule="auto"/>
        <w:ind w:left="0"/>
      </w:pPr>
      <w:r>
        <w:rPr>
          <w:rFonts w:ascii="宋体" w:hAnsi="宋体" w:eastAsia="宋体"/>
          <w:b/>
          <w:color w:val="1F1F1F"/>
          <w:sz w:val="21"/>
        </w:rPr>
        <w:t xml:space="preserve">11.2 </w:t>
      </w:r>
      <w:r>
        <w:rPr>
          <w:rFonts w:ascii="宋体" w:hAnsi="宋体" w:eastAsia="宋体"/>
          <w:b w:val="0"/>
          <w:color w:val="1F1F1F"/>
          <w:sz w:val="21"/>
        </w:rPr>
        <w:t>披露方保证其有权披露保密信息；如保密信息包含第三方信息，披露方应已取得必要的授权或许可。</w:t>
      </w:r>
    </w:p>
    <w:p>
      <w:pPr>
        <w:spacing w:before="0" w:after="60" w:line="348" w:lineRule="auto"/>
        <w:ind w:left="0"/>
      </w:pPr>
      <w:r>
        <w:rPr>
          <w:rFonts w:ascii="宋体" w:hAnsi="宋体" w:eastAsia="宋体"/>
          <w:b/>
          <w:color w:val="1F1F1F"/>
          <w:sz w:val="21"/>
        </w:rPr>
        <w:t xml:space="preserve">11.3 </w:t>
      </w:r>
      <w:r>
        <w:rPr>
          <w:rFonts w:ascii="宋体" w:hAnsi="宋体" w:eastAsia="宋体"/>
          <w:b w:val="0"/>
          <w:color w:val="1F1F1F"/>
          <w:sz w:val="21"/>
        </w:rPr>
        <w:t>双方应遵守适用的法律法规；本协议不构成对任何监管批准、出口许可或数据出境安排的替代。</w:t>
      </w:r>
    </w:p>
    <w:p>
      <w:pPr>
        <w:spacing w:before="0" w:after="60" w:line="348" w:lineRule="auto"/>
        <w:ind w:left="0"/>
      </w:pPr>
      <w:r>
        <w:rPr>
          <w:rFonts w:ascii="宋体" w:hAnsi="宋体" w:eastAsia="宋体"/>
          <w:b/>
          <w:color w:val="1F1F1F"/>
          <w:sz w:val="21"/>
        </w:rPr>
        <w:t xml:space="preserve">11.4 </w:t>
      </w:r>
      <w:r>
        <w:rPr>
          <w:rFonts w:ascii="宋体" w:hAnsi="宋体" w:eastAsia="宋体"/>
          <w:b w:val="0"/>
          <w:color w:val="1F1F1F"/>
          <w:sz w:val="21"/>
        </w:rPr>
        <w:t>双方签署和履行本协议不违反其公司章程、授权文件或对第三方的保密义务。</w:t>
      </w:r>
    </w:p>
    <w:p>
      <w:pPr>
        <w:pStyle w:val="Heading2"/>
        <w:keepNext/>
        <w:spacing w:before="240" w:after="100"/>
      </w:pPr>
      <w:r>
        <w:rPr>
          <w:rFonts w:ascii="黑体" w:hAnsi="黑体" w:eastAsia="黑体"/>
          <w:b/>
          <w:color w:val="1F1F1F"/>
          <w:sz w:val="26"/>
        </w:rPr>
        <w:t>第十二条  通知</w:t>
      </w:r>
    </w:p>
    <w:p>
      <w:pPr>
        <w:spacing w:before="0" w:after="60" w:line="348" w:lineRule="auto"/>
        <w:ind w:left="0"/>
      </w:pPr>
      <w:r>
        <w:rPr>
          <w:rFonts w:ascii="宋体" w:hAnsi="宋体" w:eastAsia="宋体"/>
          <w:b/>
          <w:color w:val="1F1F1F"/>
          <w:sz w:val="21"/>
        </w:rPr>
        <w:t xml:space="preserve">12.1 </w:t>
      </w:r>
      <w:r>
        <w:rPr>
          <w:rFonts w:ascii="宋体" w:hAnsi="宋体" w:eastAsia="宋体"/>
          <w:b w:val="0"/>
          <w:color w:val="1F1F1F"/>
          <w:sz w:val="21"/>
        </w:rPr>
        <w:t>本协议项下的通知应以书面形式发送至首部载明的地址、邮箱或双方另行书面确认的地址。</w:t>
      </w:r>
    </w:p>
    <w:p>
      <w:pPr>
        <w:spacing w:before="0" w:after="60" w:line="348" w:lineRule="auto"/>
        <w:ind w:left="0"/>
      </w:pPr>
      <w:r>
        <w:rPr>
          <w:rFonts w:ascii="宋体" w:hAnsi="宋体" w:eastAsia="宋体"/>
          <w:b/>
          <w:color w:val="1F1F1F"/>
          <w:sz w:val="21"/>
        </w:rPr>
        <w:t xml:space="preserve">12.2 </w:t>
      </w:r>
      <w:r>
        <w:rPr>
          <w:rFonts w:ascii="宋体" w:hAnsi="宋体" w:eastAsia="宋体"/>
          <w:b w:val="0"/>
          <w:color w:val="1F1F1F"/>
          <w:sz w:val="21"/>
        </w:rPr>
        <w:t>专人送达的，以签收之日为送达日；快递送达的，以签收之日为送达日；电子邮件送达的，以进入对方指定系统之日为送达日，但发送方收到退信、失败提示或对方证明未收到的除外。</w:t>
      </w:r>
    </w:p>
    <w:p>
      <w:pPr>
        <w:spacing w:before="0" w:after="60" w:line="348" w:lineRule="auto"/>
        <w:ind w:left="0"/>
      </w:pPr>
      <w:r>
        <w:rPr>
          <w:rFonts w:ascii="宋体" w:hAnsi="宋体" w:eastAsia="宋体"/>
          <w:b/>
          <w:color w:val="1F1F1F"/>
          <w:sz w:val="21"/>
        </w:rPr>
        <w:t xml:space="preserve">12.3 </w:t>
      </w:r>
      <w:r>
        <w:rPr>
          <w:rFonts w:ascii="宋体" w:hAnsi="宋体" w:eastAsia="宋体"/>
          <w:b w:val="0"/>
          <w:color w:val="1F1F1F"/>
          <w:sz w:val="21"/>
        </w:rPr>
        <w:t>一方变更通知地址或联系人，应在变更后五（5）个工作日内书面通知对方；未通知的，原地址仍有效。</w:t>
      </w:r>
    </w:p>
    <w:p>
      <w:pPr>
        <w:pStyle w:val="Heading2"/>
        <w:keepNext/>
        <w:spacing w:before="240" w:after="100"/>
      </w:pPr>
      <w:r>
        <w:rPr>
          <w:rFonts w:ascii="黑体" w:hAnsi="黑体" w:eastAsia="黑体"/>
          <w:b/>
          <w:color w:val="1F1F1F"/>
          <w:sz w:val="26"/>
        </w:rPr>
        <w:t>第十三条  法律适用与争议解决</w:t>
      </w:r>
    </w:p>
    <w:p>
      <w:pPr>
        <w:spacing w:before="0" w:after="60" w:line="348" w:lineRule="auto"/>
        <w:ind w:left="0"/>
      </w:pPr>
      <w:r>
        <w:rPr>
          <w:rFonts w:ascii="宋体" w:hAnsi="宋体" w:eastAsia="宋体"/>
          <w:b/>
          <w:color w:val="1F1F1F"/>
          <w:sz w:val="21"/>
        </w:rPr>
        <w:t xml:space="preserve">13.1 </w:t>
      </w:r>
      <w:r>
        <w:rPr>
          <w:rFonts w:ascii="宋体" w:hAnsi="宋体" w:eastAsia="宋体"/>
          <w:b w:val="0"/>
          <w:color w:val="1F1F1F"/>
          <w:sz w:val="21"/>
        </w:rPr>
        <w:t>本协议的订立、效力、解释、履行和争议解决适用中华人民共和国法律。</w:t>
      </w:r>
    </w:p>
    <w:p>
      <w:pPr>
        <w:spacing w:before="0" w:after="60" w:line="348" w:lineRule="auto"/>
        <w:ind w:left="0"/>
      </w:pPr>
      <w:r>
        <w:rPr>
          <w:rFonts w:ascii="宋体" w:hAnsi="宋体" w:eastAsia="宋体"/>
          <w:b/>
          <w:color w:val="1F1F1F"/>
          <w:sz w:val="21"/>
        </w:rPr>
        <w:t xml:space="preserve">13.2 </w:t>
      </w:r>
      <w:r>
        <w:rPr>
          <w:rFonts w:ascii="宋体" w:hAnsi="宋体" w:eastAsia="宋体"/>
          <w:b w:val="0"/>
          <w:color w:val="1F1F1F"/>
          <w:sz w:val="21"/>
        </w:rPr>
        <w:t>因本协议引起的争议，双方应首先友好协商；协商不成的，提交【填写与争议有实际联系的地点】有管辖权的人民法院诉讼解决。</w:t>
      </w:r>
    </w:p>
    <w:p>
      <w:pPr>
        <w:spacing w:before="0" w:after="60" w:line="348" w:lineRule="auto"/>
        <w:ind w:left="0"/>
      </w:pPr>
      <w:r>
        <w:rPr>
          <w:rFonts w:ascii="宋体" w:hAnsi="宋体" w:eastAsia="宋体"/>
          <w:b/>
          <w:color w:val="1F1F1F"/>
          <w:sz w:val="21"/>
        </w:rPr>
        <w:t xml:space="preserve">13.3 </w:t>
      </w:r>
      <w:r>
        <w:rPr>
          <w:rFonts w:ascii="宋体" w:hAnsi="宋体" w:eastAsia="宋体"/>
          <w:b w:val="0"/>
          <w:color w:val="1F1F1F"/>
          <w:sz w:val="21"/>
        </w:rPr>
        <w:t>双方确认所选地点与争议具有实际联系；本条不排除法律规定的专属管辖和级别管辖。</w:t>
      </w:r>
    </w:p>
    <w:p>
      <w:pPr>
        <w:pStyle w:val="Heading2"/>
        <w:keepNext/>
        <w:spacing w:before="240" w:after="100"/>
      </w:pPr>
      <w:r>
        <w:rPr>
          <w:rFonts w:ascii="黑体" w:hAnsi="黑体" w:eastAsia="黑体"/>
          <w:b/>
          <w:color w:val="1F1F1F"/>
          <w:sz w:val="26"/>
        </w:rPr>
        <w:t>第十四条  其他</w:t>
      </w:r>
    </w:p>
    <w:p>
      <w:pPr>
        <w:spacing w:before="0" w:after="60" w:line="348" w:lineRule="auto"/>
        <w:ind w:left="0"/>
      </w:pPr>
      <w:r>
        <w:rPr>
          <w:rFonts w:ascii="宋体" w:hAnsi="宋体" w:eastAsia="宋体"/>
          <w:b/>
          <w:color w:val="1F1F1F"/>
          <w:sz w:val="21"/>
        </w:rPr>
        <w:t xml:space="preserve">14.1 </w:t>
      </w:r>
      <w:r>
        <w:rPr>
          <w:rFonts w:ascii="宋体" w:hAnsi="宋体" w:eastAsia="宋体"/>
          <w:b w:val="0"/>
          <w:color w:val="1F1F1F"/>
          <w:sz w:val="21"/>
        </w:rPr>
        <w:t>本协议构成双方就保密事项的完整约定，取代此前就同一事项作出的口头或书面陈述；但双方另行签署的保密协议或专项文件另有约定的，从其约定。</w:t>
      </w:r>
    </w:p>
    <w:p>
      <w:pPr>
        <w:spacing w:before="0" w:after="60" w:line="348" w:lineRule="auto"/>
        <w:ind w:left="0"/>
      </w:pPr>
      <w:r>
        <w:rPr>
          <w:rFonts w:ascii="宋体" w:hAnsi="宋体" w:eastAsia="宋体"/>
          <w:b/>
          <w:color w:val="1F1F1F"/>
          <w:sz w:val="21"/>
        </w:rPr>
        <w:t xml:space="preserve">14.2 </w:t>
      </w:r>
      <w:r>
        <w:rPr>
          <w:rFonts w:ascii="宋体" w:hAnsi="宋体" w:eastAsia="宋体"/>
          <w:b w:val="0"/>
          <w:color w:val="1F1F1F"/>
          <w:sz w:val="21"/>
        </w:rPr>
        <w:t>对本协议的任何修改、补充，应由双方授权代表以书面形式签署；口头修改不发生效力。</w:t>
      </w:r>
    </w:p>
    <w:p>
      <w:pPr>
        <w:spacing w:before="0" w:after="60" w:line="348" w:lineRule="auto"/>
        <w:ind w:left="0"/>
      </w:pPr>
      <w:r>
        <w:rPr>
          <w:rFonts w:ascii="宋体" w:hAnsi="宋体" w:eastAsia="宋体"/>
          <w:b/>
          <w:color w:val="1F1F1F"/>
          <w:sz w:val="21"/>
        </w:rPr>
        <w:t xml:space="preserve">14.3 </w:t>
      </w:r>
      <w:r>
        <w:rPr>
          <w:rFonts w:ascii="宋体" w:hAnsi="宋体" w:eastAsia="宋体"/>
          <w:b w:val="0"/>
          <w:color w:val="1F1F1F"/>
          <w:sz w:val="21"/>
        </w:rPr>
        <w:t>未经对方事先书面同意，任何一方不得将本协议项下的权利义务转让给第三方，但因合并、分立、重组而整体承继的除外；承继方应书面承诺受本协议约束。</w:t>
      </w:r>
    </w:p>
    <w:p>
      <w:pPr>
        <w:spacing w:before="0" w:after="60" w:line="348" w:lineRule="auto"/>
        <w:ind w:left="0"/>
      </w:pPr>
      <w:r>
        <w:rPr>
          <w:rFonts w:ascii="宋体" w:hAnsi="宋体" w:eastAsia="宋体"/>
          <w:b/>
          <w:color w:val="1F1F1F"/>
          <w:sz w:val="21"/>
        </w:rPr>
        <w:t xml:space="preserve">14.4 </w:t>
      </w:r>
      <w:r>
        <w:rPr>
          <w:rFonts w:ascii="宋体" w:hAnsi="宋体" w:eastAsia="宋体"/>
          <w:b w:val="0"/>
          <w:color w:val="1F1F1F"/>
          <w:sz w:val="21"/>
        </w:rPr>
        <w:t>本协议任何条款被认定无效或不可执行，不影响其余条款的效力；双方应以最接近原条款目的的有效条款替代。</w:t>
      </w:r>
    </w:p>
    <w:p>
      <w:pPr>
        <w:spacing w:before="0" w:after="60" w:line="348" w:lineRule="auto"/>
        <w:ind w:left="0"/>
      </w:pPr>
      <w:r>
        <w:rPr>
          <w:rFonts w:ascii="宋体" w:hAnsi="宋体" w:eastAsia="宋体"/>
          <w:b/>
          <w:color w:val="1F1F1F"/>
          <w:sz w:val="21"/>
        </w:rPr>
        <w:t xml:space="preserve">14.5 </w:t>
      </w:r>
      <w:r>
        <w:rPr>
          <w:rFonts w:ascii="宋体" w:hAnsi="宋体" w:eastAsia="宋体"/>
          <w:b w:val="0"/>
          <w:color w:val="1F1F1F"/>
          <w:sz w:val="21"/>
        </w:rPr>
        <w:t>一方未行使或延迟行使本协议项下任何权利，不构成对该权利的放弃。</w:t>
      </w:r>
    </w:p>
    <w:tbl>
      <w:tblPr>
        <w:tblW w:type="auto" w:w="0"/>
        <w:tblLook w:firstColumn="1" w:firstRow="1" w:lastColumn="0" w:lastRow="0" w:noHBand="0" w:noVBand="1" w:val="04A0"/>
        <w:tblBorders>
          <w:top w:val="single" w:sz="8" w:space="0" w:color="E0B44A"/>
          <w:left w:val="single" w:sz="8" w:space="0" w:color="E0B44A"/>
          <w:bottom w:val="single" w:sz="8" w:space="0" w:color="E0B44A"/>
          <w:right w:val="single" w:sz="8" w:space="0" w:color="E0B44A"/>
          <w:insideH w:val="single" w:sz="8" w:space="0" w:color="E0B44A"/>
          <w:insideV w:val="single" w:sz="8" w:space="0" w:color="E0B44A"/>
        </w:tblBorders>
      </w:tblPr>
      <w:tblGrid>
        <w:gridCol w:w="9072"/>
      </w:tblGrid>
      <w:tr>
        <w:tc>
          <w:tcPr>
            <w:tcW w:type="dxa" w:w="9072"/>
            <w:shd w:val="clear" w:color="auto" w:fill="FFF7E0"/>
            <w:tcMar>
              <w:top w:w="120" w:type="dxa"/>
              <w:start w:w="160" w:type="dxa"/>
              <w:bottom w:w="120" w:type="dxa"/>
              <w:end w:w="160" w:type="dxa"/>
            </w:tcMar>
          </w:tcPr>
          <w:p>
            <w:pPr>
              <w:spacing w:after="60"/>
            </w:pPr>
            <w:r>
              <w:rPr>
                <w:rFonts w:ascii="黑体" w:hAnsi="黑体" w:eastAsia="黑体"/>
                <w:b/>
                <w:color w:val="8B1A1A"/>
                <w:sz w:val="20"/>
              </w:rPr>
              <w:t>重要条款提示</w:t>
            </w:r>
          </w:p>
          <w:p>
            <w:pPr>
              <w:spacing w:line="312" w:lineRule="auto"/>
            </w:pPr>
            <w:r>
              <w:rPr>
                <w:rFonts w:ascii="宋体" w:hAnsi="宋体" w:eastAsia="宋体"/>
                <w:b w:val="0"/>
                <w:color w:val="1F1F1F"/>
                <w:sz w:val="17"/>
              </w:rPr>
              <w:t>第 5 条（保密期限）、第 8 条（责任限制）、第 13 条（争议解决）与双方权利义务有重大关系，请逐条阅读。对方要求修改上述条款，或要求增加免责、限制权利、加重责任的内容，应登记偏离并履行审批；说明记录位置为审批记录“批准条件”和偏离明细“影响/补偿措施”。</w:t>
            </w:r>
          </w:p>
        </w:tc>
      </w:tr>
    </w:tbl>
    <w:p>
      <w:pPr>
        <w:pStyle w:val="Heading2"/>
        <w:keepNext/>
        <w:spacing w:before="240" w:after="100"/>
      </w:pPr>
      <w:r>
        <w:rPr>
          <w:rFonts w:ascii="黑体" w:hAnsi="黑体" w:eastAsia="黑体"/>
          <w:b/>
          <w:color w:val="1F1F1F"/>
          <w:sz w:val="26"/>
        </w:rPr>
        <w:t>第十五条  签署与生效</w:t>
      </w:r>
    </w:p>
    <w:p>
      <w:pPr>
        <w:spacing w:before="0" w:after="60" w:line="348" w:lineRule="auto"/>
        <w:ind w:left="0"/>
      </w:pPr>
      <w:r>
        <w:rPr>
          <w:rFonts w:ascii="宋体" w:hAnsi="宋体" w:eastAsia="宋体"/>
          <w:b/>
          <w:color w:val="1F1F1F"/>
          <w:sz w:val="21"/>
        </w:rPr>
        <w:t xml:space="preserve">15.1 </w:t>
      </w:r>
      <w:r>
        <w:rPr>
          <w:rFonts w:ascii="宋体" w:hAnsi="宋体" w:eastAsia="宋体"/>
          <w:b w:val="0"/>
          <w:color w:val="1F1F1F"/>
          <w:sz w:val="21"/>
        </w:rPr>
        <w:t>本协议一式两份，双方各执一份，具有同等法律效力。</w:t>
      </w:r>
    </w:p>
    <w:p>
      <w:pPr>
        <w:spacing w:before="0" w:after="60" w:line="348" w:lineRule="auto"/>
        <w:ind w:left="0"/>
      </w:pPr>
      <w:r>
        <w:rPr>
          <w:rFonts w:ascii="宋体" w:hAnsi="宋体" w:eastAsia="宋体"/>
          <w:b/>
          <w:color w:val="1F1F1F"/>
          <w:sz w:val="21"/>
        </w:rPr>
        <w:t xml:space="preserve">15.2 </w:t>
      </w:r>
      <w:r>
        <w:rPr>
          <w:rFonts w:ascii="宋体" w:hAnsi="宋体" w:eastAsia="宋体"/>
          <w:b w:val="0"/>
          <w:color w:val="1F1F1F"/>
          <w:sz w:val="21"/>
        </w:rPr>
        <w:t>本协议自双方授权代表签字并加盖公章或合同专用章之日起生效；双方另有约定的，从其约定。</w:t>
      </w:r>
    </w:p>
    <w:p>
      <w:pPr>
        <w:spacing w:before="0" w:after="60" w:line="348" w:lineRule="auto"/>
        <w:ind w:left="0"/>
      </w:pPr>
      <w:r>
        <w:rPr>
          <w:rFonts w:ascii="宋体" w:hAnsi="宋体" w:eastAsia="宋体"/>
          <w:b/>
          <w:color w:val="1F1F1F"/>
          <w:sz w:val="21"/>
        </w:rPr>
        <w:t xml:space="preserve">15.3 </w:t>
      </w:r>
      <w:r>
        <w:rPr>
          <w:rFonts w:ascii="宋体" w:hAnsi="宋体" w:eastAsia="宋体"/>
          <w:b w:val="0"/>
          <w:color w:val="1F1F1F"/>
          <w:sz w:val="21"/>
        </w:rPr>
        <w:t>双方确认已阅读并理解本协议全部条款，特别是第 5 条、第 8 条和第 13 条。</w:t>
      </w:r>
    </w:p>
    <w:p/>
    <w:tbl>
      <w:tblPr>
        <w:tblW w:type="auto" w:w="0"/>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Grid>
        <w:gridCol w:w="4536"/>
        <w:gridCol w:w="4536"/>
      </w:tblGrid>
      <w:tr>
        <w:tc>
          <w:tcPr>
            <w:tcW w:type="dxa" w:w="4535"/>
            <w:tcMar>
              <w:top w:w="180" w:type="dxa"/>
              <w:start w:w="160" w:type="dxa"/>
              <w:bottom w:w="180" w:type="dxa"/>
              <w:end w:w="160" w:type="dxa"/>
            </w:tcMar>
          </w:tcPr>
          <w:p>
            <w:pPr>
              <w:spacing w:after="520"/>
            </w:pPr>
            <w:r>
              <w:rPr>
                <w:rFonts w:ascii="宋体" w:hAnsi="宋体" w:eastAsia="宋体"/>
                <w:b/>
                <w:color w:val="1F1F1F"/>
                <w:sz w:val="20"/>
              </w:rPr>
              <w:t>甲方（盖章）：</w:t>
            </w:r>
          </w:p>
          <w:p>
            <w:pPr>
              <w:spacing w:after="320"/>
            </w:pPr>
            <w:r>
              <w:rPr>
                <w:rFonts w:ascii="宋体" w:hAnsi="宋体" w:eastAsia="宋体"/>
                <w:b w:val="0"/>
                <w:color w:val="1F1F1F"/>
                <w:sz w:val="19"/>
              </w:rPr>
              <w:t>授权代表（签字）：</w:t>
            </w:r>
          </w:p>
          <w:p>
            <w:pPr>
              <w:spacing w:after="320"/>
            </w:pPr>
            <w:r>
              <w:rPr>
                <w:rFonts w:ascii="宋体" w:hAnsi="宋体" w:eastAsia="宋体"/>
                <w:b w:val="0"/>
                <w:color w:val="1F1F1F"/>
                <w:sz w:val="19"/>
              </w:rPr>
              <w:t>日期：      年    月    日</w:t>
            </w:r>
          </w:p>
          <w:p>
            <w:pPr>
              <w:spacing w:after="320"/>
            </w:pPr>
            <w:r>
              <w:rPr>
                <w:rFonts w:ascii="宋体" w:hAnsi="宋体" w:eastAsia="宋体"/>
                <w:b w:val="0"/>
                <w:color w:val="1F1F1F"/>
                <w:sz w:val="19"/>
              </w:rPr>
            </w:r>
          </w:p>
          <w:p>
            <w:pPr>
              <w:spacing w:after="320"/>
            </w:pPr>
            <w:r>
              <w:rPr>
                <w:rFonts w:ascii="宋体" w:hAnsi="宋体" w:eastAsia="宋体"/>
                <w:b w:val="0"/>
                <w:color w:val="1F1F1F"/>
                <w:sz w:val="19"/>
              </w:rPr>
              <w:t>签署地点：【填写】</w:t>
            </w:r>
          </w:p>
        </w:tc>
        <w:tc>
          <w:tcPr>
            <w:tcW w:type="dxa" w:w="4535"/>
            <w:tcMar>
              <w:top w:w="180" w:type="dxa"/>
              <w:start w:w="160" w:type="dxa"/>
              <w:bottom w:w="180" w:type="dxa"/>
              <w:end w:w="160" w:type="dxa"/>
            </w:tcMar>
          </w:tcPr>
          <w:p>
            <w:pPr>
              <w:spacing w:after="520"/>
            </w:pPr>
            <w:r>
              <w:rPr>
                <w:rFonts w:ascii="宋体" w:hAnsi="宋体" w:eastAsia="宋体"/>
                <w:b/>
                <w:color w:val="1F1F1F"/>
                <w:sz w:val="20"/>
              </w:rPr>
              <w:t>乙方（盖章）：</w:t>
            </w:r>
          </w:p>
          <w:p>
            <w:pPr>
              <w:spacing w:after="320"/>
            </w:pPr>
            <w:r>
              <w:rPr>
                <w:rFonts w:ascii="宋体" w:hAnsi="宋体" w:eastAsia="宋体"/>
                <w:b w:val="0"/>
                <w:color w:val="1F1F1F"/>
                <w:sz w:val="19"/>
              </w:rPr>
              <w:t>授权代表（签字）：</w:t>
            </w:r>
          </w:p>
          <w:p>
            <w:pPr>
              <w:spacing w:after="320"/>
            </w:pPr>
            <w:r>
              <w:rPr>
                <w:rFonts w:ascii="宋体" w:hAnsi="宋体" w:eastAsia="宋体"/>
                <w:b w:val="0"/>
                <w:color w:val="1F1F1F"/>
                <w:sz w:val="19"/>
              </w:rPr>
              <w:t>日期：      年    月    日</w:t>
            </w:r>
          </w:p>
          <w:p>
            <w:pPr>
              <w:spacing w:after="320"/>
            </w:pPr>
            <w:r>
              <w:rPr>
                <w:rFonts w:ascii="宋体" w:hAnsi="宋体" w:eastAsia="宋体"/>
                <w:b w:val="0"/>
                <w:color w:val="1F1F1F"/>
                <w:sz w:val="19"/>
              </w:rPr>
            </w:r>
          </w:p>
          <w:p>
            <w:pPr>
              <w:spacing w:after="320"/>
            </w:pPr>
            <w:r>
              <w:rPr>
                <w:rFonts w:ascii="宋体" w:hAnsi="宋体" w:eastAsia="宋体"/>
                <w:b w:val="0"/>
                <w:color w:val="1F1F1F"/>
                <w:sz w:val="19"/>
              </w:rPr>
              <w:t>签署地点：【填写】</w:t>
            </w:r>
          </w:p>
        </w:tc>
      </w:tr>
    </w:tbl>
    <w:sectPr w:rsidR="00FC693F" w:rsidRPr="0006063C" w:rsidSect="00034616">
      <w:headerReference w:type="default" r:id="rId9"/>
      <w:footerReference w:type="default" r:id="rId10"/>
      <w:pgSz w:w="11906" w:h="16838"/>
      <w:pgMar w:top="1247" w:right="1417" w:bottom="1134" w:left="1417" w:header="680"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宋体" w:hAnsi="宋体" w:eastAsia="宋体"/>
        <w:b w:val="0"/>
        <w:color w:val="595959"/>
        <w:sz w:val="17"/>
      </w:rPr>
      <w:t xml:space="preserve">第 </w:t>
    </w:r>
    <w:r>
      <w:rPr>
        <w:rFonts w:ascii="宋体" w:hAnsi="宋体" w:eastAsia="宋体"/>
        <w:b w:val="0"/>
        <w:color w:val="595959"/>
        <w:sz w:val="17"/>
      </w:rPr>
      <w:fldChar w:fldCharType="begin"/>
    </w:r>
    <w:r>
      <w:rPr>
        <w:rFonts w:ascii="宋体" w:hAnsi="宋体" w:eastAsia="宋体"/>
        <w:b w:val="0"/>
        <w:color w:val="595959"/>
        <w:sz w:val="17"/>
      </w:rPr>
      <w:instrText xml:space="preserve"> PAGE </w:instrText>
    </w:r>
    <w:r>
      <w:rPr>
        <w:rFonts w:ascii="宋体" w:hAnsi="宋体" w:eastAsia="宋体"/>
        <w:b w:val="0"/>
        <w:color w:val="595959"/>
        <w:sz w:val="17"/>
      </w:rPr>
      <w:fldChar w:fldCharType="separate"/>
    </w:r>
    <w:r>
      <w:rPr>
        <w:rFonts w:ascii="宋体" w:hAnsi="宋体" w:eastAsia="宋体"/>
        <w:b w:val="0"/>
        <w:color w:val="595959"/>
        <w:sz w:val="17"/>
      </w:rPr>
      <w:t>1</w:t>
    </w:r>
    <w:r>
      <w:rPr>
        <w:rFonts w:ascii="宋体" w:hAnsi="宋体" w:eastAsia="宋体"/>
        <w:b w:val="0"/>
        <w:color w:val="595959"/>
        <w:sz w:val="17"/>
      </w:rPr>
      <w:fldChar w:fldCharType="end"/>
    </w:r>
    <w:r>
      <w:rPr>
        <w:rFonts w:ascii="宋体" w:hAnsi="宋体" w:eastAsia="宋体"/>
        <w:b w:val="0"/>
        <w:color w:val="595959"/>
        <w:sz w:val="17"/>
      </w:rPr>
      <w:t xml:space="preserve"> 页  |  本模板不构成法律意见</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left"/>
      <w:tblLook w:firstColumn="1" w:firstRow="1" w:lastColumn="0" w:lastRow="0" w:noHBand="0" w:noVBand="1" w:val="04A0"/>
      <w:tblBorders>
        <w:top w:val="nil"/>
        <w:left w:val="nil"/>
        <w:bottom w:val="nil"/>
        <w:right w:val="nil"/>
        <w:insideH w:val="nil"/>
        <w:insideV w:val="nil"/>
      </w:tblBorders>
    </w:tblPr>
    <w:tblGrid>
      <w:gridCol w:w="4535"/>
      <w:gridCol w:w="4535"/>
    </w:tblGrid>
    <w:tr>
      <w:tc>
        <w:tcPr>
          <w:tcW w:type="dxa" w:w="5669"/>
          <w:tcMar>
            <w:top w:w="0" w:type="dxa"/>
            <w:start w:w="0" w:type="dxa"/>
            <w:bottom w:w="40" w:type="dxa"/>
            <w:end w:w="0" w:type="dxa"/>
          </w:tcMar>
          <w:tcBorders>
            <w:bottom w:val="single" w:sz="4" w:space="4" w:color="BFBFBF"/>
          </w:tcBorders>
        </w:tcPr>
        <w:p>
          <w:r>
            <w:rPr>
              <w:rFonts w:ascii="宋体" w:hAnsi="宋体" w:eastAsia="宋体"/>
              <w:b w:val="0"/>
              <w:color w:val="595959"/>
              <w:sz w:val="16"/>
            </w:rPr>
            <w:t>TPL-NDA-MUT-01  |  v0.1  |  模拟模板</w:t>
          </w:r>
        </w:p>
      </w:tc>
      <w:tc>
        <w:tcPr>
          <w:tcW w:type="dxa" w:w="3402"/>
          <w:tcMar>
            <w:top w:w="0" w:type="dxa"/>
            <w:start w:w="0" w:type="dxa"/>
            <w:bottom w:w="40" w:type="dxa"/>
            <w:end w:w="0" w:type="dxa"/>
          </w:tcMar>
          <w:tcBorders>
            <w:bottom w:val="single" w:sz="4" w:space="4" w:color="BFBFBF"/>
          </w:tcBorders>
        </w:tcPr>
        <w:p>
          <w:pPr>
            <w:jc w:val="right"/>
          </w:pPr>
          <w:r>
            <w:rPr>
              <w:rFonts w:ascii="宋体" w:hAnsi="宋体" w:eastAsia="宋体"/>
              <w:b w:val="0"/>
              <w:color w:val="595959"/>
              <w:sz w:val="16"/>
            </w:rPr>
            <w:t>双向保密协议</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60"/>
    </w:pPr>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黑体" w:hAnsi="黑体" w:eastAsia="黑体"/>
      <w:b/>
      <w:bCs/>
      <w:color w:val="1F1F1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黑体" w:hAnsi="黑体" w:eastAsia="黑体"/>
      <w:b/>
      <w:bCs/>
      <w:color w:val="1F1F1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双向保密协议（可填写模板）</dc:title>
  <dc:subject>M01 合同基础设施 / TPL-NDA-MUT-01 v0.1</dc:subject>
  <dc:creator/>
  <cp:keywords>保密协议; NDA; 合同模板</cp:keywords>
  <dc:description>模拟模板，不构成法律意见；不包含真实主体、印章或签名。</dc:description>
  <cp:lastModifiedBy/>
  <cp:revision>1</cp:revision>
  <dcterms:created xsi:type="dcterms:W3CDTF">2026-10-29T09:00:00Z</dcterms:created>
  <dcterms:modified xsi:type="dcterms:W3CDTF">2026-10-29T09:00:00Z</dcterms:modified>
  <cp:category>合同模板</cp:category>
</cp:coreProperties>
</file>